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9333EA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🧩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9333EA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חנ״מ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9333EA"/>
          <w:sz w:val="36"/>
          <w:rtl w:val="1"/>
          <w:bCs/>
          <w:szCs w:val="36"/>
        </w:rPr>
        <w:t>📘 חוברת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9333EA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🕎 מָה מַדְלִיקִים בַּחֲנֻכָּה?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🎈 בָּלוֹנִים   ◯ 🕯️ נֵרוֹת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🎭 מָה עוֹשִׂים בְּפוּרִים?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🎭 מִתְחַפְּשִׂים   ◯ ⛄ בּוֹנִים אִישׁ שֶׁלֶג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🏖️ אֵיפֹה שׂוֹחִים בַּקַּיִץ?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🔥 בַּתַּנּוּר   ◯ 🌊 בַּיָּם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🐪 מִי הוֹלֵךְ בַּמִּדְבָּר?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🐪 גָּמָל   ◯ 🐧 פִּנְגְּוִין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🇮🇱 מָה הַצְּבָעִים שֶׁל הַדֶּגֶל?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🔵⚪ כָּחֹל וְלָבָן   ◯ 🔴🟢 אָדֹם וְיָרֹק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🕯️ מָה מַדְלִיקִים בְּעֶרֶב שַׁבָּת?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🎆 זִקּוּקִים   ◯ 🕯️ נֵרוֹת שַׁבָּת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🍎 כַּמָּה תַּפּוּחִים?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🍎🍎🍎 וְעוֹד 🍎🍎. כַּמָּה תַּפּוּחִים?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🐶 רַגְלַיִם שֶׁל כְּלָבִים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לְכֶלֶב 🐶 יֵשׁ 4 רַגְלַיִם. כַּמָּה רַגְלַיִם לִשְׁנֵי כְּלָבִים 🐶🐶?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⛄ מִי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לָבָן וְקַר ❄️. בַּשֶּׁמֶשׁ ☀️ אֲנִי נָמֵס. מִי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🍪 חֲצִי לִי, חֲצִי לָכֶם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🍪🍪🍪🍪 – מְחַלְּקִים לִשְׁנַיִם, חֲצִי לְכָל אֶחָד. כַּמָּה עוּגִיּוֹת לְכָל אֶחָד?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🪥 מִבְרֶשֶׁת · 🧴 מִשְׁחַת · 👩‍⚕️ רוֹפֵא · 🧵 חוּט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♿ גַּלְגַּלִּים · 🏖️ נֹחַ · 👶 תִּינוֹק · 💼 מִשְׂרָד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🧸 צַעֲצוּעַ · 🏎️ מֵרוֹץ · 🚓 מִשְׁטָרָה · 🚒 כִּבּוּי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🍫 שׁוֹקוֹלָד · 🤍 וָנִיל · 🍓 תּוּת · 🍋 לִימוֹן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🎒 ✏️ 📚 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לוֹמְדִים שָׁם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🛝 🤸 ☀️ 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יֵשׁ שָׁם מַגְלֵשָׁה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🛒 🍎 🥛 💳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קוֹנִים שָׁם אֹכֶל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💧 🩱 🥽 ☀️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שׂוֹחִים שָׁם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🔐 חדר בריחה על הדף: קֻפְסַת הַכְּרִיכִים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🚌 טִיּוּל בַּפַּארְק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אֲנַחְנוּ בַּטִּיּוּל. 🚌 קֻפְסַת הָאֹכֶל נְעוּלָה. 🔒 צָרִיךְ קוֹד. בּוֹאוּ נִסְפֹּר!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🥪🥪🥪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כְּרִיכִים? 🥪 ← זוֹ סִפְרָה בַּקּוֹד 🔢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🍌🍌🍌🍌🍌🍌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בָּנָנוֹת? 🍌 ← זוֹ סִפְרָה בַּקּוֹד 🔢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🧃🧃 וְעוֹד 🧃🧃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מִיצִים? 🧃 ← זוֹ סִפְרָה בַּקּוֹד 🔢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איזה משחק אהבתי? 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צַיְּרוּ אֶת הַחִידָה שֶׁהֲכִי אֲהַבְתֶּם: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תלמיד/ה – 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תלמיד/ה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