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r>
        <w:rPr>
          <w:rFonts w:ascii="Arial" w:hAnsi="Arial" w:cs="Arial"/>
          <w:b/>
          <w:color w:val="7C3AED"/>
          <w:sz w:val="28"/>
          <w:rtl w:val="1"/>
          <w:bCs/>
          <w:szCs w:val="28"/>
        </w:rPr>
        <w:t>🎯 חידות וטריוויה – משחקי חשיבה לכיתה</w:t>
      </w:r>
    </w:p>
    <w:p>
      <w:pPr>
        <w:bidi w:val="1"/>
        <w:jc w:val="right"/>
      </w:pPr>
      <w:r>
        <w:rPr>
          <w:rFonts w:ascii="Arial" w:hAnsi="Arial" w:cs="Arial"/>
          <w:sz w:val="96"/>
          <w:rtl w:val="1"/>
          <w:szCs w:val="96"/>
        </w:rPr>
        <w:t>🎯</w:t>
      </w:r>
    </w:p>
    <w:p>
      <w:pPr>
        <w:pStyle w:val="Heading1"/>
        <w:bidi w:val="1"/>
        <w:jc w:val="right"/>
      </w:pPr>
      <w:r>
        <w:rPr>
          <w:rFonts w:ascii="Arial" w:hAnsi="Arial" w:cs="Arial"/>
          <w:b/>
          <w:color w:val="7C3AED"/>
          <w:sz w:val="40"/>
          <w:rtl w:val="1"/>
          <w:bCs/>
          <w:szCs w:val="40"/>
        </w:rPr>
        <w:t>חידות וטריוויה</w:t>
      </w:r>
    </w:p>
    <w:p>
      <w:pPr>
        <w:bidi w:val="1"/>
        <w:jc w:val="right"/>
      </w:pPr>
      <w:r>
        <w:rPr>
          <w:rFonts w:ascii="Arial" w:hAnsi="Arial" w:cs="Arial"/>
          <w:sz w:val="28"/>
          <w:rtl w:val="1"/>
          <w:szCs w:val="28"/>
        </w:rPr>
        <w:t>קלפי חידה בקטנה ואחוזים – ז׳–י״ב, עולים וחנ״מ</w:t>
      </w:r>
    </w:p>
    <w:p>
      <w:pPr>
        <w:bidi w:val="1"/>
        <w:jc w:val="right"/>
        <w:shd w:val="clear" w:fill="EDE9FE"/>
      </w:pPr>
      <w:r>
        <w:rPr>
          <w:rFonts w:ascii="Arial" w:hAnsi="Arial" w:cs="Arial"/>
          <w:b/>
          <w:sz w:val="28"/>
          <w:rtl w:val="1"/>
          <w:bCs/>
          <w:szCs w:val="28"/>
        </w:rPr>
        <w:t>רמה: כל הרמות</w:t>
      </w:r>
    </w:p>
    <w:p>
      <w:pPr>
        <w:bidi w:val="1"/>
        <w:jc w:val="right"/>
        <w:shd w:val="clear" w:fill="FFF3D6"/>
      </w:pPr>
      <w:r>
        <w:rPr>
          <w:rFonts w:ascii="Arial" w:hAnsi="Arial" w:cs="Arial"/>
          <w:b/>
          <w:color w:val="7C3AED"/>
          <w:sz w:val="36"/>
          <w:rtl w:val="1"/>
          <w:bCs/>
          <w:szCs w:val="36"/>
        </w:rPr>
        <w:t>🃏 חפיסת קלפים להדפסה ולגזירה</w:t>
      </w:r>
    </w:p>
    <w:p>
      <w:pPr>
        <w:bidi w:val="1"/>
        <w:jc w:val="right"/>
      </w:pPr>
      <w:r>
        <w:rPr>
          <w:rFonts w:ascii="Arial" w:hAnsi="Arial" w:cs="Arial"/>
          <w:sz w:val="22"/>
          <w:rtl w:val="1"/>
          <w:szCs w:val="22"/>
        </w:rPr>
        <w:t>יצרה: רוית ראש בן ישי</w:t>
      </w:r>
    </w:p>
    <w:p>
      <w:r>
        <w:br w:type="page"/>
      </w:r>
    </w:p>
    <w:p>
      <w:pPr>
        <w:pStyle w:val="Heading2"/>
        <w:bidi w:val="1"/>
        <w:jc w:val="right"/>
      </w:pPr>
      <w:r>
        <w:rPr>
          <w:rFonts w:ascii="Arial" w:hAnsi="Arial" w:cs="Arial"/>
          <w:b/>
          <w:color w:val="7C3AED"/>
          <w:sz w:val="30"/>
          <w:rtl w:val="1"/>
          <w:bCs/>
          <w:szCs w:val="30"/>
        </w:rPr>
        <w:t>📑 תוכן העניינים</w:t>
      </w:r>
    </w:p>
    <w:p>
      <w:pPr>
        <w:bidi w:val="1"/>
        <w:jc w:val="right"/>
      </w:pPr>
      <w:hyperlink w:anchor="dzt">
        <w:r>
          <w:rPr>
            <w:rtl w:val="1"/>
            <w:u w:val="single"/>
            <w:color w:val="1E40AF"/>
          </w:rPr>
          <w:t xml:space="preserve">• 🎧 ז׳–ט׳</w:t>
        </w:r>
      </w:hyperlink>
    </w:p>
    <w:p>
      <w:pPr>
        <w:bidi w:val="1"/>
        <w:jc w:val="right"/>
      </w:pPr>
      <w:hyperlink w:anchor="dyb">
        <w:r>
          <w:rPr>
            <w:rtl w:val="1"/>
            <w:u w:val="single"/>
            <w:color w:val="1E40AF"/>
          </w:rPr>
          <w:t xml:space="preserve">• 🎓 י׳–י״ב</w:t>
        </w:r>
      </w:hyperlink>
    </w:p>
    <w:p>
      <w:pPr>
        <w:bidi w:val="1"/>
        <w:jc w:val="right"/>
      </w:pPr>
      <w:hyperlink w:anchor="dolim">
        <w:r>
          <w:rPr>
            <w:rtl w:val="1"/>
            <w:u w:val="single"/>
            <w:color w:val="1E40AF"/>
          </w:rPr>
          <w:t xml:space="preserve">• 🌍 עולים</w:t>
        </w:r>
      </w:hyperlink>
    </w:p>
    <w:p>
      <w:pPr>
        <w:bidi w:val="1"/>
        <w:jc w:val="right"/>
      </w:pPr>
      <w:hyperlink w:anchor="dchanam">
        <w:r>
          <w:rPr>
            <w:rtl w:val="1"/>
            <w:u w:val="single"/>
            <w:color w:val="1E40AF"/>
          </w:rPr>
          <w:t xml:space="preserve">• 🧩 חנ״מ</w:t>
        </w:r>
      </w:hyperlink>
    </w:p>
    <w:p>
      <w:pPr>
        <w:pStyle w:val="Heading1"/>
        <w:bidi w:val="1"/>
        <w:jc w:val="right"/>
      </w:pPr>
      <w:bookmarkStart w:id="75210" w:name="dtop"/>
      <w:r>
        <w:rPr>
          <w:rFonts w:ascii="Arial" w:hAnsi="Arial" w:cs="Arial"/>
          <w:b/>
          <w:color w:val="7C3AED"/>
          <w:sz w:val="40"/>
          <w:rtl w:val="1"/>
          <w:bCs/>
          <w:szCs w:val="40"/>
        </w:rPr>
        <w:t>🔢 קלפי חידה בקטנה ואחוזים</w:t>
      </w:r>
      <w:bookmarkEnd w:id="75210"/>
    </w:p>
    <w:p>
      <w:pPr>
        <w:bidi w:val="1"/>
        <w:jc w:val="right"/>
      </w:pPr>
      <w:r>
        <w:rPr>
          <w:rFonts w:ascii="Arial" w:hAnsi="Arial" w:cs="Arial"/>
          <w:b/>
          <w:sz w:val="26"/>
          <w:rtl w:val="1"/>
          <w:bCs/>
          <w:szCs w:val="26"/>
        </w:rPr>
        <w:t>מדפיסים, גוזרים לאורך הקווים ומקפלים: השאלה בחזית, התשובה למטה (אפשר לקפל אותה לאחור). גרסה אינטראקטיבית: עמוד 'קלפים' באתר.</w:t>
      </w:r>
    </w:p>
    <w:p>
      <w:pPr>
        <w:pStyle w:val="Heading2"/>
        <w:bidi w:val="1"/>
        <w:jc w:val="right"/>
      </w:pPr>
      <w:bookmarkStart w:id="24337" w:name="dzt"/>
      <w:r>
        <w:rPr>
          <w:rFonts w:ascii="Arial" w:hAnsi="Arial" w:cs="Arial"/>
          <w:b/>
          <w:color w:val="7C3AED"/>
          <w:sz w:val="30"/>
          <w:rtl w:val="1"/>
          <w:bCs/>
          <w:szCs w:val="30"/>
        </w:rPr>
        <w:t>🎧 ז׳–ט׳</w:t>
      </w:r>
      <w:bookmarkEnd w:id="24337"/>
    </w:p>
    <w:tbl>
      <w:tblPr>
        <w:tblStyle w:val="TableGrid"/>
        <w:tblW w:type="auto" w:w="0"/>
        <w:tblLook w:firstColumn="1" w:firstRow="1" w:lastColumn="0" w:lastRow="0" w:noHBand="0" w:noVBand="1" w:val="04A0"/>
        <w:bidiVisual w:val="1"/>
      </w:tblPr>
      <w:tblGrid>
        <w:gridCol w:w="5103"/>
        <w:gridCol w:w="5103"/>
      </w:tblGrid>
      <w:tr>
        <w:tc>
          <w:tcPr>
            <w:tcW w:type="dxa" w:w="5103"/>
          </w:tcPr>
          <w:p>
            <w:pPr>
              <w:bidi w:val="1"/>
              <w:jc w:val="right"/>
            </w:pPr>
            <w:r/>
            <w:r>
              <w:rPr>
                <w:rFonts w:ascii="Arial" w:hAnsi="Arial" w:cs="Arial"/>
                <w:sz w:val="23"/>
                <w:rtl w:val="1"/>
                <w:szCs w:val="23"/>
              </w:rPr>
              <w:t>👨‍👧 פי ארבעה, פי שניים</w:t>
            </w:r>
          </w:p>
          <w:p>
            <w:pPr>
              <w:bidi w:val="1"/>
              <w:jc w:val="right"/>
            </w:pPr>
            <w:r>
              <w:rPr>
                <w:rFonts w:ascii="Arial" w:hAnsi="Arial" w:cs="Arial"/>
                <w:sz w:val="23"/>
                <w:rtl w:val="1"/>
                <w:szCs w:val="23"/>
              </w:rPr>
            </w:r>
          </w:p>
          <w:p>
            <w:pPr>
              <w:bidi w:val="1"/>
              <w:jc w:val="right"/>
            </w:pPr>
            <w:r>
              <w:rPr>
                <w:rFonts w:ascii="Arial" w:hAnsi="Arial" w:cs="Arial"/>
                <w:sz w:val="23"/>
                <w:rtl w:val="1"/>
                <w:szCs w:val="23"/>
              </w:rPr>
              <w:t>היום הגיל של אבא של שירה גדול פי 4 מהגיל שלה. בעוד 20 שנה הוא יהיה גדול רק פי 2 מהגיל שלה. בת כמה שירה היום?</w:t>
            </w:r>
          </w:p>
          <w:p>
            <w:pPr>
              <w:bidi w:val="1"/>
              <w:jc w:val="right"/>
            </w:pPr>
            <w:r>
              <w:rPr>
                <w:rFonts w:ascii="Arial" w:hAnsi="Arial" w:cs="Arial"/>
                <w:sz w:val="23"/>
                <w:rtl w:val="1"/>
                <w:szCs w:val="23"/>
              </w:rPr>
              <w:t>✂ ✅ 10 שנים (ואבא בן 40)</w:t>
            </w:r>
          </w:p>
        </w:tc>
        <w:tc>
          <w:tcPr>
            <w:tcW w:type="dxa" w:w="5103"/>
          </w:tcPr>
          <w:p>
            <w:pPr>
              <w:bidi w:val="1"/>
              <w:jc w:val="right"/>
            </w:pPr>
            <w:r/>
            <w:r>
              <w:rPr>
                <w:rFonts w:ascii="Arial" w:hAnsi="Arial" w:cs="Arial"/>
                <w:sz w:val="23"/>
                <w:rtl w:val="1"/>
                <w:szCs w:val="23"/>
              </w:rPr>
              <w:t>🎨 צוות הצבעים</w:t>
            </w:r>
          </w:p>
          <w:p>
            <w:pPr>
              <w:bidi w:val="1"/>
              <w:jc w:val="right"/>
            </w:pPr>
            <w:r>
              <w:rPr>
                <w:rFonts w:ascii="Arial" w:hAnsi="Arial" w:cs="Arial"/>
                <w:sz w:val="23"/>
                <w:rtl w:val="1"/>
                <w:szCs w:val="23"/>
              </w:rPr>
            </w:r>
          </w:p>
          <w:p>
            <w:pPr>
              <w:bidi w:val="1"/>
              <w:jc w:val="right"/>
            </w:pPr>
            <w:r>
              <w:rPr>
                <w:rFonts w:ascii="Arial" w:hAnsi="Arial" w:cs="Arial"/>
                <w:sz w:val="23"/>
                <w:rtl w:val="1"/>
                <w:szCs w:val="23"/>
              </w:rPr>
              <w:t>5 צבעים וצבעיות צובעים יחד 5 קירות ב-5 שעות. כמה צבעים וצבעיות צריך כדי לצבוע 20 קירות ב-10 שעות (באותו קצב)?</w:t>
            </w:r>
          </w:p>
          <w:p>
            <w:pPr>
              <w:bidi w:val="1"/>
              <w:jc w:val="right"/>
            </w:pPr>
            <w:r>
              <w:rPr>
                <w:rFonts w:ascii="Arial" w:hAnsi="Arial" w:cs="Arial"/>
                <w:sz w:val="23"/>
                <w:rtl w:val="1"/>
                <w:szCs w:val="23"/>
              </w:rPr>
              <w:t>✂ ✅ 10</w:t>
            </w:r>
          </w:p>
        </w:tc>
      </w:tr>
      <w:tr>
        <w:tc>
          <w:tcPr>
            <w:tcW w:type="dxa" w:w="5103"/>
          </w:tcPr>
          <w:p>
            <w:pPr>
              <w:bidi w:val="1"/>
              <w:jc w:val="right"/>
            </w:pPr>
            <w:r/>
            <w:r>
              <w:rPr>
                <w:rFonts w:ascii="Arial" w:hAnsi="Arial" w:cs="Arial"/>
                <w:sz w:val="23"/>
                <w:rtl w:val="1"/>
                <w:szCs w:val="23"/>
              </w:rPr>
              <w:t>🤝 לחיצות ידיים</w:t>
            </w:r>
          </w:p>
          <w:p>
            <w:pPr>
              <w:bidi w:val="1"/>
              <w:jc w:val="right"/>
            </w:pPr>
            <w:r>
              <w:rPr>
                <w:rFonts w:ascii="Arial" w:hAnsi="Arial" w:cs="Arial"/>
                <w:sz w:val="23"/>
                <w:rtl w:val="1"/>
                <w:szCs w:val="23"/>
              </w:rPr>
            </w:r>
          </w:p>
          <w:p>
            <w:pPr>
              <w:bidi w:val="1"/>
              <w:jc w:val="right"/>
            </w:pPr>
            <w:r>
              <w:rPr>
                <w:rFonts w:ascii="Arial" w:hAnsi="Arial" w:cs="Arial"/>
                <w:sz w:val="23"/>
                <w:rtl w:val="1"/>
                <w:szCs w:val="23"/>
              </w:rPr>
              <w:t>במפגש מועצת התלמידים יש 8 משתתפים ומשתתפות. כל אחד ואחת לוחצים יד לכל משתתף/ת אחר/ת בדיוק פעם אחת. כמה לחיצות ידיים יהיו?</w:t>
            </w:r>
          </w:p>
          <w:p>
            <w:pPr>
              <w:bidi w:val="1"/>
              <w:jc w:val="right"/>
            </w:pPr>
            <w:r>
              <w:rPr>
                <w:rFonts w:ascii="Arial" w:hAnsi="Arial" w:cs="Arial"/>
                <w:sz w:val="23"/>
                <w:rtl w:val="1"/>
                <w:szCs w:val="23"/>
              </w:rPr>
              <w:t>✂ ✅ 28 לחיצות</w:t>
            </w:r>
          </w:p>
        </w:tc>
        <w:tc>
          <w:tcPr>
            <w:tcW w:type="dxa" w:w="5103"/>
          </w:tcPr>
          <w:p>
            <w:pPr>
              <w:bidi w:val="1"/>
              <w:jc w:val="right"/>
            </w:pPr>
            <w:r/>
            <w:r>
              <w:rPr>
                <w:rFonts w:ascii="Arial" w:hAnsi="Arial" w:cs="Arial"/>
                <w:sz w:val="23"/>
                <w:rtl w:val="1"/>
                <w:szCs w:val="23"/>
              </w:rPr>
              <w:t>🕞 הזווית ב-3:30</w:t>
            </w:r>
          </w:p>
          <w:p>
            <w:pPr>
              <w:bidi w:val="1"/>
              <w:jc w:val="right"/>
            </w:pPr>
            <w:r>
              <w:rPr>
                <w:rFonts w:ascii="Arial" w:hAnsi="Arial" w:cs="Arial"/>
                <w:sz w:val="23"/>
                <w:rtl w:val="1"/>
                <w:szCs w:val="23"/>
              </w:rPr>
            </w:r>
          </w:p>
          <w:p>
            <w:pPr>
              <w:bidi w:val="1"/>
              <w:jc w:val="right"/>
            </w:pPr>
            <w:r>
              <w:rPr>
                <w:rFonts w:ascii="Arial" w:hAnsi="Arial" w:cs="Arial"/>
                <w:sz w:val="23"/>
                <w:rtl w:val="1"/>
                <w:szCs w:val="23"/>
              </w:rPr>
              <w:t>מה גודל הזווית בין מחוג השעות למחוג הדקות בשעה 3:30 בדיוק?</w:t>
            </w:r>
          </w:p>
          <w:p>
            <w:pPr>
              <w:bidi w:val="1"/>
              <w:jc w:val="right"/>
            </w:pPr>
            <w:r>
              <w:rPr>
                <w:rFonts w:ascii="Arial" w:hAnsi="Arial" w:cs="Arial"/>
                <w:sz w:val="23"/>
                <w:rtl w:val="1"/>
                <w:szCs w:val="23"/>
              </w:rPr>
              <w:t>✂ ✅ 75 מעלות</w:t>
            </w:r>
          </w:p>
        </w:tc>
      </w:tr>
      <w:tr>
        <w:tc>
          <w:tcPr>
            <w:tcW w:type="dxa" w:w="5103"/>
          </w:tcPr>
          <w:p>
            <w:pPr>
              <w:bidi w:val="1"/>
              <w:jc w:val="right"/>
            </w:pPr>
            <w:r/>
            <w:r>
              <w:rPr>
                <w:rFonts w:ascii="Arial" w:hAnsi="Arial" w:cs="Arial"/>
                <w:sz w:val="23"/>
                <w:rtl w:val="1"/>
                <w:szCs w:val="23"/>
              </w:rPr>
              <w:t>🌀 סדרה שמוסיפה את עצמה</w:t>
            </w:r>
          </w:p>
          <w:p>
            <w:pPr>
              <w:bidi w:val="1"/>
              <w:jc w:val="right"/>
            </w:pPr>
            <w:r>
              <w:rPr>
                <w:rFonts w:ascii="Arial" w:hAnsi="Arial" w:cs="Arial"/>
                <w:sz w:val="23"/>
                <w:rtl w:val="1"/>
                <w:szCs w:val="23"/>
              </w:rPr>
            </w:r>
          </w:p>
          <w:p>
            <w:pPr>
              <w:bidi w:val="1"/>
              <w:jc w:val="right"/>
            </w:pPr>
            <w:r>
              <w:rPr>
                <w:rFonts w:ascii="Arial" w:hAnsi="Arial" w:cs="Arial"/>
                <w:sz w:val="23"/>
                <w:rtl w:val="1"/>
                <w:szCs w:val="23"/>
              </w:rPr>
              <w:t>מהו המספר הבא בסדרה: 3, 4, 7, 11, 18, 29, ... ?</w:t>
            </w:r>
          </w:p>
          <w:p>
            <w:pPr>
              <w:bidi w:val="1"/>
              <w:jc w:val="right"/>
            </w:pPr>
            <w:r>
              <w:rPr>
                <w:rFonts w:ascii="Arial" w:hAnsi="Arial" w:cs="Arial"/>
                <w:sz w:val="23"/>
                <w:rtl w:val="1"/>
                <w:szCs w:val="23"/>
              </w:rPr>
              <w:t>✂ ✅ 47</w:t>
            </w:r>
          </w:p>
        </w:tc>
        <w:tc>
          <w:tcPr>
            <w:tcW w:type="dxa" w:w="5103"/>
          </w:tcPr>
          <w:p>
            <w:pPr>
              <w:bidi w:val="1"/>
              <w:jc w:val="right"/>
            </w:pPr>
            <w:r/>
            <w:r>
              <w:rPr>
                <w:rFonts w:ascii="Arial" w:hAnsi="Arial" w:cs="Arial"/>
                <w:sz w:val="23"/>
                <w:rtl w:val="1"/>
                <w:szCs w:val="23"/>
              </w:rPr>
              <w:t>🚲 מפגש רוכבי האופניים</w:t>
            </w:r>
          </w:p>
          <w:p>
            <w:pPr>
              <w:bidi w:val="1"/>
              <w:jc w:val="right"/>
            </w:pPr>
            <w:r>
              <w:rPr>
                <w:rFonts w:ascii="Arial" w:hAnsi="Arial" w:cs="Arial"/>
                <w:sz w:val="23"/>
                <w:rtl w:val="1"/>
                <w:szCs w:val="23"/>
              </w:rPr>
            </w:r>
          </w:p>
          <w:p>
            <w:pPr>
              <w:bidi w:val="1"/>
              <w:jc w:val="right"/>
            </w:pPr>
            <w:r>
              <w:rPr>
                <w:rFonts w:ascii="Arial" w:hAnsi="Arial" w:cs="Arial"/>
                <w:sz w:val="23"/>
                <w:rtl w:val="1"/>
                <w:szCs w:val="23"/>
              </w:rPr>
              <w:t>שני רוכבי אופניים יוצאים באותו רגע זה לקראת זה משני קצוות של שביל באורך 60 ק״מ. אחד רוכב במהירות 12 קמ״ש והשני 18 קמ״ש. אחרי כמה זמן ייפגשו?</w:t>
            </w:r>
          </w:p>
          <w:p>
            <w:pPr>
              <w:bidi w:val="1"/>
              <w:jc w:val="right"/>
            </w:pPr>
            <w:r>
              <w:rPr>
                <w:rFonts w:ascii="Arial" w:hAnsi="Arial" w:cs="Arial"/>
                <w:sz w:val="23"/>
                <w:rtl w:val="1"/>
                <w:szCs w:val="23"/>
              </w:rPr>
              <w:t>✂ ✅ אחרי 2 שעות</w:t>
            </w:r>
          </w:p>
        </w:tc>
      </w:tr>
      <w:tr>
        <w:tc>
          <w:tcPr>
            <w:tcW w:type="dxa" w:w="5103"/>
          </w:tcPr>
          <w:p>
            <w:pPr>
              <w:bidi w:val="1"/>
              <w:jc w:val="right"/>
            </w:pPr>
            <w:r/>
            <w:r>
              <w:rPr>
                <w:rFonts w:ascii="Arial" w:hAnsi="Arial" w:cs="Arial"/>
                <w:sz w:val="23"/>
                <w:rtl w:val="1"/>
                <w:szCs w:val="23"/>
              </w:rPr>
              <w:t>🍊 התוויות המבולבלות</w:t>
            </w:r>
          </w:p>
          <w:p>
            <w:pPr>
              <w:bidi w:val="1"/>
              <w:jc w:val="right"/>
            </w:pPr>
            <w:r>
              <w:rPr>
                <w:rFonts w:ascii="Arial" w:hAnsi="Arial" w:cs="Arial"/>
                <w:sz w:val="23"/>
                <w:rtl w:val="1"/>
                <w:szCs w:val="23"/>
              </w:rPr>
            </w:r>
          </w:p>
          <w:p>
            <w:pPr>
              <w:bidi w:val="1"/>
              <w:jc w:val="right"/>
            </w:pPr>
            <w:r>
              <w:rPr>
                <w:rFonts w:ascii="Arial" w:hAnsi="Arial" w:cs="Arial"/>
                <w:sz w:val="23"/>
                <w:rtl w:val="1"/>
                <w:szCs w:val="23"/>
              </w:rPr>
              <w:t>יש שלוש קופסאות סגורות. על אחת כתוב "תפוחים", על השנייה "תפוזים" ועל השלישית "מעורב". ידוע שכל שלוש התוויות שגויות. מכמה קופסאות לפחות צריך להוציא פרי אחד (בלי להציץ) כדי לדעת בוודאות מה יש בכל קופסה?</w:t>
            </w:r>
          </w:p>
          <w:p>
            <w:pPr>
              <w:bidi w:val="1"/>
              <w:jc w:val="right"/>
            </w:pPr>
            <w:r>
              <w:rPr>
                <w:rFonts w:ascii="Arial" w:hAnsi="Arial" w:cs="Arial"/>
                <w:sz w:val="23"/>
                <w:rtl w:val="1"/>
                <w:szCs w:val="23"/>
              </w:rPr>
              <w:t>✂ ✅ מקופסה אחת</w:t>
            </w:r>
          </w:p>
        </w:tc>
        <w:tc>
          <w:tcPr>
            <w:tcW w:type="dxa" w:w="5103"/>
          </w:tcPr>
          <w:p>
            <w:pPr>
              <w:bidi w:val="1"/>
              <w:jc w:val="right"/>
            </w:pPr>
            <w:r/>
            <w:r>
              <w:rPr>
                <w:rFonts w:ascii="Arial" w:hAnsi="Arial" w:cs="Arial"/>
                <w:sz w:val="23"/>
                <w:rtl w:val="1"/>
                <w:szCs w:val="23"/>
              </w:rPr>
              <w:t>🏊 כרטיס לבריכה</w:t>
            </w:r>
          </w:p>
          <w:p>
            <w:pPr>
              <w:bidi w:val="1"/>
              <w:jc w:val="right"/>
            </w:pPr>
            <w:r>
              <w:rPr>
                <w:rFonts w:ascii="Arial" w:hAnsi="Arial" w:cs="Arial"/>
                <w:sz w:val="23"/>
                <w:rtl w:val="1"/>
                <w:szCs w:val="23"/>
              </w:rPr>
            </w:r>
          </w:p>
          <w:p>
            <w:pPr>
              <w:bidi w:val="1"/>
              <w:jc w:val="right"/>
            </w:pPr>
            <w:r>
              <w:rPr>
                <w:rFonts w:ascii="Arial" w:hAnsi="Arial" w:cs="Arial"/>
                <w:sz w:val="23"/>
                <w:rtl w:val="1"/>
                <w:szCs w:val="23"/>
              </w:rPr>
              <w:t>מחיר כרטיס כניסה לבריכה עלה מ-40 ₪ ל-50 ₪. בכמה אחוזים עלה המחיר?</w:t>
            </w:r>
          </w:p>
          <w:p>
            <w:pPr>
              <w:bidi w:val="1"/>
              <w:jc w:val="right"/>
            </w:pPr>
            <w:r>
              <w:rPr>
                <w:rFonts w:ascii="Arial" w:hAnsi="Arial" w:cs="Arial"/>
                <w:sz w:val="23"/>
                <w:rtl w:val="1"/>
                <w:szCs w:val="23"/>
              </w:rPr>
              <w:t>✂ ✅ 25%</w:t>
            </w:r>
          </w:p>
        </w:tc>
      </w:tr>
      <w:tr>
        <w:tc>
          <w:tcPr>
            <w:tcW w:type="dxa" w:w="5103"/>
          </w:tcPr>
          <w:p>
            <w:pPr>
              <w:bidi w:val="1"/>
              <w:jc w:val="right"/>
            </w:pPr>
            <w:r/>
            <w:r>
              <w:rPr>
                <w:rFonts w:ascii="Arial" w:hAnsi="Arial" w:cs="Arial"/>
                <w:sz w:val="23"/>
                <w:rtl w:val="1"/>
                <w:szCs w:val="23"/>
              </w:rPr>
              <w:t>🚲 עלה וירד</w:t>
            </w:r>
          </w:p>
          <w:p>
            <w:pPr>
              <w:bidi w:val="1"/>
              <w:jc w:val="right"/>
            </w:pPr>
            <w:r>
              <w:rPr>
                <w:rFonts w:ascii="Arial" w:hAnsi="Arial" w:cs="Arial"/>
                <w:sz w:val="23"/>
                <w:rtl w:val="1"/>
                <w:szCs w:val="23"/>
              </w:rPr>
            </w:r>
          </w:p>
          <w:p>
            <w:pPr>
              <w:bidi w:val="1"/>
              <w:jc w:val="right"/>
            </w:pPr>
            <w:r>
              <w:rPr>
                <w:rFonts w:ascii="Arial" w:hAnsi="Arial" w:cs="Arial"/>
                <w:sz w:val="23"/>
                <w:rtl w:val="1"/>
                <w:szCs w:val="23"/>
              </w:rPr>
              <w:t>מחיר זוג אופניים היה 500 ₪. המחיר עלה ב-20%, ואחרי חודש ירד ב-20%. מה המחיר עכשיו?</w:t>
            </w:r>
          </w:p>
          <w:p>
            <w:pPr>
              <w:bidi w:val="1"/>
              <w:jc w:val="right"/>
            </w:pPr>
            <w:r>
              <w:rPr>
                <w:rFonts w:ascii="Arial" w:hAnsi="Arial" w:cs="Arial"/>
                <w:sz w:val="23"/>
                <w:rtl w:val="1"/>
                <w:szCs w:val="23"/>
              </w:rPr>
              <w:t>✂ ✅ 480 ₪</w:t>
            </w:r>
          </w:p>
        </w:tc>
        <w:tc>
          <w:tcPr>
            <w:tcW w:type="dxa" w:w="5103"/>
          </w:tcPr>
          <w:p>
            <w:pPr>
              <w:bidi w:val="1"/>
              <w:jc w:val="right"/>
            </w:pPr>
            <w:r/>
            <w:r>
              <w:rPr>
                <w:rFonts w:ascii="Arial" w:hAnsi="Arial" w:cs="Arial"/>
                <w:sz w:val="23"/>
                <w:rtl w:val="1"/>
                <w:szCs w:val="23"/>
              </w:rPr>
              <w:t>🗳️ הצבעה בשכבה</w:t>
            </w:r>
          </w:p>
          <w:p>
            <w:pPr>
              <w:bidi w:val="1"/>
              <w:jc w:val="right"/>
            </w:pPr>
            <w:r>
              <w:rPr>
                <w:rFonts w:ascii="Arial" w:hAnsi="Arial" w:cs="Arial"/>
                <w:sz w:val="23"/>
                <w:rtl w:val="1"/>
                <w:szCs w:val="23"/>
              </w:rPr>
            </w:r>
          </w:p>
          <w:p>
            <w:pPr>
              <w:bidi w:val="1"/>
              <w:jc w:val="right"/>
            </w:pPr>
            <w:r>
              <w:rPr>
                <w:rFonts w:ascii="Arial" w:hAnsi="Arial" w:cs="Arial"/>
                <w:sz w:val="23"/>
                <w:rtl w:val="1"/>
                <w:szCs w:val="23"/>
              </w:rPr>
              <w:t>בשכבה 120 תלמידים ותלמידות. 75% מהם השתתפו בהצבעה על הצעה לפתוח את הספרייה בהפסקות. 60% מהמצביעים תמכו בהצעה. כמה תמכו?</w:t>
            </w:r>
          </w:p>
          <w:p>
            <w:pPr>
              <w:bidi w:val="1"/>
              <w:jc w:val="right"/>
            </w:pPr>
            <w:r>
              <w:rPr>
                <w:rFonts w:ascii="Arial" w:hAnsi="Arial" w:cs="Arial"/>
                <w:sz w:val="23"/>
                <w:rtl w:val="1"/>
                <w:szCs w:val="23"/>
              </w:rPr>
              <w:t>✂ ✅ 54</w:t>
            </w:r>
          </w:p>
        </w:tc>
      </w:tr>
      <w:tr>
        <w:tc>
          <w:tcPr>
            <w:tcW w:type="dxa" w:w="5103"/>
          </w:tcPr>
          <w:p>
            <w:pPr>
              <w:bidi w:val="1"/>
              <w:jc w:val="right"/>
            </w:pPr>
            <w:r/>
            <w:r>
              <w:rPr>
                <w:rFonts w:ascii="Arial" w:hAnsi="Arial" w:cs="Arial"/>
                <w:sz w:val="23"/>
                <w:rtl w:val="1"/>
                <w:szCs w:val="23"/>
              </w:rPr>
              <w:t>🥜 תערובת האגוזים</w:t>
            </w:r>
          </w:p>
          <w:p>
            <w:pPr>
              <w:bidi w:val="1"/>
              <w:jc w:val="right"/>
            </w:pPr>
            <w:r>
              <w:rPr>
                <w:rFonts w:ascii="Arial" w:hAnsi="Arial" w:cs="Arial"/>
                <w:sz w:val="23"/>
                <w:rtl w:val="1"/>
                <w:szCs w:val="23"/>
              </w:rPr>
            </w:r>
          </w:p>
          <w:p>
            <w:pPr>
              <w:bidi w:val="1"/>
              <w:jc w:val="right"/>
            </w:pPr>
            <w:r>
              <w:rPr>
                <w:rFonts w:ascii="Arial" w:hAnsi="Arial" w:cs="Arial"/>
                <w:sz w:val="23"/>
                <w:rtl w:val="1"/>
                <w:szCs w:val="23"/>
              </w:rPr>
              <w:t>בשקית 200 גרם תערובת אגוזים, ו-30% ממנה שקדים. כמה גרם שקדים צריך להוסיף כדי שהשקדים יהיו 50% מהתערובת?</w:t>
            </w:r>
          </w:p>
          <w:p>
            <w:pPr>
              <w:bidi w:val="1"/>
              <w:jc w:val="right"/>
            </w:pPr>
            <w:r>
              <w:rPr>
                <w:rFonts w:ascii="Arial" w:hAnsi="Arial" w:cs="Arial"/>
                <w:sz w:val="23"/>
                <w:rtl w:val="1"/>
                <w:szCs w:val="23"/>
              </w:rPr>
              <w:t>✂ ✅ 80 גרם</w:t>
            </w:r>
          </w:p>
        </w:tc>
        <w:tc>
          <w:tcPr>
            <w:tcW w:type="dxa" w:w="5103"/>
          </w:tcPr>
          <w:p>
            <w:pPr>
              <w:bidi w:val="1"/>
              <w:jc w:val="right"/>
            </w:pPr>
            <w:r/>
            <w:r>
              <w:rPr>
                <w:rFonts w:ascii="Arial" w:hAnsi="Arial" w:cs="Arial"/>
                <w:sz w:val="23"/>
                <w:rtl w:val="1"/>
                <w:szCs w:val="23"/>
              </w:rPr>
              <w:t>🏷️ המחיר שלפני ההנחה</w:t>
            </w:r>
          </w:p>
          <w:p>
            <w:pPr>
              <w:bidi w:val="1"/>
              <w:jc w:val="right"/>
            </w:pPr>
            <w:r>
              <w:rPr>
                <w:rFonts w:ascii="Arial" w:hAnsi="Arial" w:cs="Arial"/>
                <w:sz w:val="23"/>
                <w:rtl w:val="1"/>
                <w:szCs w:val="23"/>
              </w:rPr>
            </w:r>
          </w:p>
          <w:p>
            <w:pPr>
              <w:bidi w:val="1"/>
              <w:jc w:val="right"/>
            </w:pPr>
            <w:r>
              <w:rPr>
                <w:rFonts w:ascii="Arial" w:hAnsi="Arial" w:cs="Arial"/>
                <w:sz w:val="23"/>
                <w:rtl w:val="1"/>
                <w:szCs w:val="23"/>
              </w:rPr>
              <w:t>אחרי הנחה של 20% שילמה מאיה 64 ₪ על משחק קופסה. מה היה המחיר לפני ההנחה?</w:t>
            </w:r>
          </w:p>
          <w:p>
            <w:pPr>
              <w:bidi w:val="1"/>
              <w:jc w:val="right"/>
            </w:pPr>
            <w:r>
              <w:rPr>
                <w:rFonts w:ascii="Arial" w:hAnsi="Arial" w:cs="Arial"/>
                <w:sz w:val="23"/>
                <w:rtl w:val="1"/>
                <w:szCs w:val="23"/>
              </w:rPr>
              <w:t>✂ ✅ 80 ₪</w:t>
            </w:r>
          </w:p>
        </w:tc>
      </w:tr>
      <w:tr>
        <w:tc>
          <w:tcPr>
            <w:tcW w:type="dxa" w:w="5103"/>
          </w:tcPr>
          <w:p>
            <w:pPr>
              <w:bidi w:val="1"/>
              <w:jc w:val="right"/>
            </w:pPr>
            <w:r/>
            <w:r>
              <w:rPr>
                <w:rFonts w:ascii="Arial" w:hAnsi="Arial" w:cs="Arial"/>
                <w:sz w:val="23"/>
                <w:rtl w:val="1"/>
                <w:szCs w:val="23"/>
              </w:rPr>
              <w:t>🤖 חוג הרובוטיקה</w:t>
            </w:r>
          </w:p>
          <w:p>
            <w:pPr>
              <w:bidi w:val="1"/>
              <w:jc w:val="right"/>
            </w:pPr>
            <w:r>
              <w:rPr>
                <w:rFonts w:ascii="Arial" w:hAnsi="Arial" w:cs="Arial"/>
                <w:sz w:val="23"/>
                <w:rtl w:val="1"/>
                <w:szCs w:val="23"/>
              </w:rPr>
            </w:r>
          </w:p>
          <w:p>
            <w:pPr>
              <w:bidi w:val="1"/>
              <w:jc w:val="right"/>
            </w:pPr>
            <w:r>
              <w:rPr>
                <w:rFonts w:ascii="Arial" w:hAnsi="Arial" w:cs="Arial"/>
                <w:sz w:val="23"/>
                <w:rtl w:val="1"/>
                <w:szCs w:val="23"/>
              </w:rPr>
              <w:t>בחוג הרובוטיקה 18 בנות ו-12 בנים. איזה אחוז מהמשתתפים הם בנים?</w:t>
            </w:r>
          </w:p>
          <w:p>
            <w:pPr>
              <w:bidi w:val="1"/>
              <w:jc w:val="right"/>
            </w:pPr>
            <w:r>
              <w:rPr>
                <w:rFonts w:ascii="Arial" w:hAnsi="Arial" w:cs="Arial"/>
                <w:sz w:val="23"/>
                <w:rtl w:val="1"/>
                <w:szCs w:val="23"/>
              </w:rPr>
              <w:t>✂ ✅ 40%</w:t>
            </w:r>
          </w:p>
        </w:tc>
        <w:tc>
          <w:tcPr>
            <w:tcW w:type="dxa" w:w="5103"/>
          </w:tcPr>
          <w:p/>
        </w:tc>
      </w:tr>
    </w:tbl>
    <w:p>
      <w:pPr>
        <w:pStyle w:val="Heading2"/>
        <w:bidi w:val="1"/>
        <w:jc w:val="right"/>
      </w:pPr>
      <w:bookmarkStart w:id="34109" w:name="dyb"/>
      <w:r>
        <w:rPr>
          <w:rFonts w:ascii="Arial" w:hAnsi="Arial" w:cs="Arial"/>
          <w:b/>
          <w:color w:val="7C3AED"/>
          <w:sz w:val="30"/>
          <w:rtl w:val="1"/>
          <w:bCs/>
          <w:szCs w:val="30"/>
        </w:rPr>
        <w:t>🎓 י׳–י״ב</w:t>
      </w:r>
      <w:bookmarkEnd w:id="34109"/>
    </w:p>
    <w:tbl>
      <w:tblPr>
        <w:tblStyle w:val="TableGrid"/>
        <w:tblW w:type="auto" w:w="0"/>
        <w:tblLook w:firstColumn="1" w:firstRow="1" w:lastColumn="0" w:lastRow="0" w:noHBand="0" w:noVBand="1" w:val="04A0"/>
        <w:bidiVisual w:val="1"/>
      </w:tblPr>
      <w:tblGrid>
        <w:gridCol w:w="5103"/>
        <w:gridCol w:w="5103"/>
      </w:tblGrid>
      <w:tr>
        <w:tc>
          <w:tcPr>
            <w:tcW w:type="dxa" w:w="5103"/>
          </w:tcPr>
          <w:p>
            <w:pPr>
              <w:bidi w:val="1"/>
              <w:jc w:val="right"/>
            </w:pPr>
            <w:r/>
            <w:r>
              <w:rPr>
                <w:rFonts w:ascii="Arial" w:hAnsi="Arial" w:cs="Arial"/>
                <w:sz w:val="23"/>
                <w:rtl w:val="1"/>
                <w:szCs w:val="23"/>
              </w:rPr>
              <w:t>👦 שלושה אחים</w:t>
            </w:r>
          </w:p>
          <w:p>
            <w:pPr>
              <w:bidi w:val="1"/>
              <w:jc w:val="right"/>
            </w:pPr>
            <w:r>
              <w:rPr>
                <w:rFonts w:ascii="Arial" w:hAnsi="Arial" w:cs="Arial"/>
                <w:sz w:val="23"/>
                <w:rtl w:val="1"/>
                <w:szCs w:val="23"/>
              </w:rPr>
            </w:r>
          </w:p>
          <w:p>
            <w:pPr>
              <w:bidi w:val="1"/>
              <w:jc w:val="right"/>
            </w:pPr>
            <w:r>
              <w:rPr>
                <w:rFonts w:ascii="Arial" w:hAnsi="Arial" w:cs="Arial"/>
                <w:sz w:val="23"/>
                <w:rtl w:val="1"/>
                <w:szCs w:val="23"/>
              </w:rPr>
              <w:t>סכום הגילים של שלושה אחים הוא 39. הגדול מבוגר פי 2 מהקטן, והאמצעי מבוגר מהקטן ב-3 שנים. בני כמה הם?</w:t>
            </w:r>
          </w:p>
          <w:p>
            <w:pPr>
              <w:bidi w:val="1"/>
              <w:jc w:val="right"/>
            </w:pPr>
            <w:r>
              <w:rPr>
                <w:rFonts w:ascii="Arial" w:hAnsi="Arial" w:cs="Arial"/>
                <w:sz w:val="23"/>
                <w:rtl w:val="1"/>
                <w:szCs w:val="23"/>
              </w:rPr>
              <w:t>✂ ✅ 9, 12 ו-18</w:t>
            </w:r>
          </w:p>
        </w:tc>
        <w:tc>
          <w:tcPr>
            <w:tcW w:type="dxa" w:w="5103"/>
          </w:tcPr>
          <w:p>
            <w:pPr>
              <w:bidi w:val="1"/>
              <w:jc w:val="right"/>
            </w:pPr>
            <w:r/>
            <w:r>
              <w:rPr>
                <w:rFonts w:ascii="Arial" w:hAnsi="Arial" w:cs="Arial"/>
                <w:sz w:val="23"/>
                <w:rtl w:val="1"/>
                <w:szCs w:val="23"/>
              </w:rPr>
              <w:t>➗ שבע בתלת-ספרתיים</w:t>
            </w:r>
          </w:p>
          <w:p>
            <w:pPr>
              <w:bidi w:val="1"/>
              <w:jc w:val="right"/>
            </w:pPr>
            <w:r>
              <w:rPr>
                <w:rFonts w:ascii="Arial" w:hAnsi="Arial" w:cs="Arial"/>
                <w:sz w:val="23"/>
                <w:rtl w:val="1"/>
                <w:szCs w:val="23"/>
              </w:rPr>
            </w:r>
          </w:p>
          <w:p>
            <w:pPr>
              <w:bidi w:val="1"/>
              <w:jc w:val="right"/>
            </w:pPr>
            <w:r>
              <w:rPr>
                <w:rFonts w:ascii="Arial" w:hAnsi="Arial" w:cs="Arial"/>
                <w:sz w:val="23"/>
                <w:rtl w:val="1"/>
                <w:szCs w:val="23"/>
              </w:rPr>
              <w:t>כמה מספרים תלת-ספרתיים (מ-100 עד 999) מתחלקים ב-7 בלי שארית?</w:t>
            </w:r>
          </w:p>
          <w:p>
            <w:pPr>
              <w:bidi w:val="1"/>
              <w:jc w:val="right"/>
            </w:pPr>
            <w:r>
              <w:rPr>
                <w:rFonts w:ascii="Arial" w:hAnsi="Arial" w:cs="Arial"/>
                <w:sz w:val="23"/>
                <w:rtl w:val="1"/>
                <w:szCs w:val="23"/>
              </w:rPr>
              <w:t>✂ ✅ 128</w:t>
            </w:r>
          </w:p>
        </w:tc>
      </w:tr>
      <w:tr>
        <w:tc>
          <w:tcPr>
            <w:tcW w:type="dxa" w:w="5103"/>
          </w:tcPr>
          <w:p>
            <w:pPr>
              <w:bidi w:val="1"/>
              <w:jc w:val="right"/>
            </w:pPr>
            <w:r/>
            <w:r>
              <w:rPr>
                <w:rFonts w:ascii="Arial" w:hAnsi="Arial" w:cs="Arial"/>
                <w:sz w:val="23"/>
                <w:rtl w:val="1"/>
                <w:szCs w:val="23"/>
              </w:rPr>
              <w:t>⚖️ שלוש שקילות בלבד</w:t>
            </w:r>
          </w:p>
          <w:p>
            <w:pPr>
              <w:bidi w:val="1"/>
              <w:jc w:val="right"/>
            </w:pPr>
            <w:r>
              <w:rPr>
                <w:rFonts w:ascii="Arial" w:hAnsi="Arial" w:cs="Arial"/>
                <w:sz w:val="23"/>
                <w:rtl w:val="1"/>
                <w:szCs w:val="23"/>
              </w:rPr>
            </w:r>
          </w:p>
          <w:p>
            <w:pPr>
              <w:bidi w:val="1"/>
              <w:jc w:val="right"/>
            </w:pPr>
            <w:r>
              <w:rPr>
                <w:rFonts w:ascii="Arial" w:hAnsi="Arial" w:cs="Arial"/>
                <w:sz w:val="23"/>
                <w:rtl w:val="1"/>
                <w:szCs w:val="23"/>
              </w:rPr>
              <w:t>יש לכם מאזני כפות ומותר לשקול 3 פעמים בלבד. בין הכדורים יש בדיוק כדור אחד קל יותר, וכל השאר שווים. מהו המספר הגדול ביותר של כדורים שמתוכם תמיד אפשר לזהות את הכדור הקל?</w:t>
            </w:r>
          </w:p>
          <w:p>
            <w:pPr>
              <w:bidi w:val="1"/>
              <w:jc w:val="right"/>
            </w:pPr>
            <w:r>
              <w:rPr>
                <w:rFonts w:ascii="Arial" w:hAnsi="Arial" w:cs="Arial"/>
                <w:sz w:val="23"/>
                <w:rtl w:val="1"/>
                <w:szCs w:val="23"/>
              </w:rPr>
              <w:t>✂ ✅ 27 כדורים</w:t>
            </w:r>
          </w:p>
        </w:tc>
        <w:tc>
          <w:tcPr>
            <w:tcW w:type="dxa" w:w="5103"/>
          </w:tcPr>
          <w:p>
            <w:pPr>
              <w:bidi w:val="1"/>
              <w:jc w:val="right"/>
            </w:pPr>
            <w:r/>
            <w:r>
              <w:rPr>
                <w:rFonts w:ascii="Arial" w:hAnsi="Arial" w:cs="Arial"/>
                <w:sz w:val="23"/>
                <w:rtl w:val="1"/>
                <w:szCs w:val="23"/>
              </w:rPr>
              <w:t>🕛 מפגשי המחוגים</w:t>
            </w:r>
          </w:p>
          <w:p>
            <w:pPr>
              <w:bidi w:val="1"/>
              <w:jc w:val="right"/>
            </w:pPr>
            <w:r>
              <w:rPr>
                <w:rFonts w:ascii="Arial" w:hAnsi="Arial" w:cs="Arial"/>
                <w:sz w:val="23"/>
                <w:rtl w:val="1"/>
                <w:szCs w:val="23"/>
              </w:rPr>
            </w:r>
          </w:p>
          <w:p>
            <w:pPr>
              <w:bidi w:val="1"/>
              <w:jc w:val="right"/>
            </w:pPr>
            <w:r>
              <w:rPr>
                <w:rFonts w:ascii="Arial" w:hAnsi="Arial" w:cs="Arial"/>
                <w:sz w:val="23"/>
                <w:rtl w:val="1"/>
                <w:szCs w:val="23"/>
              </w:rPr>
              <w:t>בין 12:00 בצהריים ל-12:00 בחצות (לא כולל החצות עצמה), כמה פעמים מחוג השעות ומחוג הדקות חופפים בדיוק?</w:t>
            </w:r>
          </w:p>
          <w:p>
            <w:pPr>
              <w:bidi w:val="1"/>
              <w:jc w:val="right"/>
            </w:pPr>
            <w:r>
              <w:rPr>
                <w:rFonts w:ascii="Arial" w:hAnsi="Arial" w:cs="Arial"/>
                <w:sz w:val="23"/>
                <w:rtl w:val="1"/>
                <w:szCs w:val="23"/>
              </w:rPr>
              <w:t>✂ ✅ 11 פעמים</w:t>
            </w:r>
          </w:p>
        </w:tc>
      </w:tr>
      <w:tr>
        <w:tc>
          <w:tcPr>
            <w:tcW w:type="dxa" w:w="5103"/>
          </w:tcPr>
          <w:p>
            <w:pPr>
              <w:bidi w:val="1"/>
              <w:jc w:val="right"/>
            </w:pPr>
            <w:r/>
            <w:r>
              <w:rPr>
                <w:rFonts w:ascii="Arial" w:hAnsi="Arial" w:cs="Arial"/>
                <w:sz w:val="23"/>
                <w:rtl w:val="1"/>
                <w:szCs w:val="23"/>
              </w:rPr>
              <w:t>🚰 שני ברזים</w:t>
            </w:r>
          </w:p>
          <w:p>
            <w:pPr>
              <w:bidi w:val="1"/>
              <w:jc w:val="right"/>
            </w:pPr>
            <w:r>
              <w:rPr>
                <w:rFonts w:ascii="Arial" w:hAnsi="Arial" w:cs="Arial"/>
                <w:sz w:val="23"/>
                <w:rtl w:val="1"/>
                <w:szCs w:val="23"/>
              </w:rPr>
            </w:r>
          </w:p>
          <w:p>
            <w:pPr>
              <w:bidi w:val="1"/>
              <w:jc w:val="right"/>
            </w:pPr>
            <w:r>
              <w:rPr>
                <w:rFonts w:ascii="Arial" w:hAnsi="Arial" w:cs="Arial"/>
                <w:sz w:val="23"/>
                <w:rtl w:val="1"/>
                <w:szCs w:val="23"/>
              </w:rPr>
              <w:t>ברז אחד ממלא בריכת שכשוך ב-6 שעות, וברז שני ממלא אותה ב-3 שעות. בכמה זמן ימלאו את הבריכה אם יפתחו את שניהם יחד?</w:t>
            </w:r>
          </w:p>
          <w:p>
            <w:pPr>
              <w:bidi w:val="1"/>
              <w:jc w:val="right"/>
            </w:pPr>
            <w:r>
              <w:rPr>
                <w:rFonts w:ascii="Arial" w:hAnsi="Arial" w:cs="Arial"/>
                <w:sz w:val="23"/>
                <w:rtl w:val="1"/>
                <w:szCs w:val="23"/>
              </w:rPr>
              <w:t>✂ ✅ 2 שעות</w:t>
            </w:r>
          </w:p>
        </w:tc>
        <w:tc>
          <w:tcPr>
            <w:tcW w:type="dxa" w:w="5103"/>
          </w:tcPr>
          <w:p>
            <w:pPr>
              <w:bidi w:val="1"/>
              <w:jc w:val="right"/>
            </w:pPr>
            <w:r/>
            <w:r>
              <w:rPr>
                <w:rFonts w:ascii="Arial" w:hAnsi="Arial" w:cs="Arial"/>
                <w:sz w:val="23"/>
                <w:rtl w:val="1"/>
                <w:szCs w:val="23"/>
              </w:rPr>
              <w:t>🏝️ אי האמת והשקר</w:t>
            </w:r>
          </w:p>
          <w:p>
            <w:pPr>
              <w:bidi w:val="1"/>
              <w:jc w:val="right"/>
            </w:pPr>
            <w:r>
              <w:rPr>
                <w:rFonts w:ascii="Arial" w:hAnsi="Arial" w:cs="Arial"/>
                <w:sz w:val="23"/>
                <w:rtl w:val="1"/>
                <w:szCs w:val="23"/>
              </w:rPr>
            </w:r>
          </w:p>
          <w:p>
            <w:pPr>
              <w:bidi w:val="1"/>
              <w:jc w:val="right"/>
            </w:pPr>
            <w:r>
              <w:rPr>
                <w:rFonts w:ascii="Arial" w:hAnsi="Arial" w:cs="Arial"/>
                <w:sz w:val="23"/>
                <w:rtl w:val="1"/>
                <w:szCs w:val="23"/>
              </w:rPr>
              <w:t>באי מסוים חיים רק דוברי אמת (תמיד אומרים אמת) ושקרנים (תמיד משקרים). פגשתם שניים מתושבי האי, א׳ ו-ב׳. א׳ אומר/ת: "שנינו שקרנים". מי הוא/היא כל אחד?</w:t>
            </w:r>
          </w:p>
          <w:p>
            <w:pPr>
              <w:bidi w:val="1"/>
              <w:jc w:val="right"/>
            </w:pPr>
            <w:r>
              <w:rPr>
                <w:rFonts w:ascii="Arial" w:hAnsi="Arial" w:cs="Arial"/>
                <w:sz w:val="23"/>
                <w:rtl w:val="1"/>
                <w:szCs w:val="23"/>
              </w:rPr>
              <w:t>✂ ✅ א׳ שקרן/ית, ב׳ דובר/ת אמת</w:t>
            </w:r>
          </w:p>
        </w:tc>
      </w:tr>
      <w:tr>
        <w:tc>
          <w:tcPr>
            <w:tcW w:type="dxa" w:w="5103"/>
          </w:tcPr>
          <w:p>
            <w:pPr>
              <w:bidi w:val="1"/>
              <w:jc w:val="right"/>
            </w:pPr>
            <w:r/>
            <w:r>
              <w:rPr>
                <w:rFonts w:ascii="Arial" w:hAnsi="Arial" w:cs="Arial"/>
                <w:sz w:val="23"/>
                <w:rtl w:val="1"/>
                <w:szCs w:val="23"/>
              </w:rPr>
              <w:t>🎲 סכום שבע</w:t>
            </w:r>
          </w:p>
          <w:p>
            <w:pPr>
              <w:bidi w:val="1"/>
              <w:jc w:val="right"/>
            </w:pPr>
            <w:r>
              <w:rPr>
                <w:rFonts w:ascii="Arial" w:hAnsi="Arial" w:cs="Arial"/>
                <w:sz w:val="23"/>
                <w:rtl w:val="1"/>
                <w:szCs w:val="23"/>
              </w:rPr>
            </w:r>
          </w:p>
          <w:p>
            <w:pPr>
              <w:bidi w:val="1"/>
              <w:jc w:val="right"/>
            </w:pPr>
            <w:r>
              <w:rPr>
                <w:rFonts w:ascii="Arial" w:hAnsi="Arial" w:cs="Arial"/>
                <w:sz w:val="23"/>
                <w:rtl w:val="1"/>
                <w:szCs w:val="23"/>
              </w:rPr>
              <w:t>מטילים שתי קוביות משחק רגילות. מה הסיכוי שסכום המספרים יהיה 7?</w:t>
            </w:r>
          </w:p>
          <w:p>
            <w:pPr>
              <w:bidi w:val="1"/>
              <w:jc w:val="right"/>
            </w:pPr>
            <w:r>
              <w:rPr>
                <w:rFonts w:ascii="Arial" w:hAnsi="Arial" w:cs="Arial"/>
                <w:sz w:val="23"/>
                <w:rtl w:val="1"/>
                <w:szCs w:val="23"/>
              </w:rPr>
              <w:t>✂ ✅ 1/6</w:t>
            </w:r>
          </w:p>
        </w:tc>
        <w:tc>
          <w:tcPr>
            <w:tcW w:type="dxa" w:w="5103"/>
          </w:tcPr>
          <w:p>
            <w:pPr>
              <w:bidi w:val="1"/>
              <w:jc w:val="right"/>
            </w:pPr>
            <w:r/>
            <w:r>
              <w:rPr>
                <w:rFonts w:ascii="Arial" w:hAnsi="Arial" w:cs="Arial"/>
                <w:sz w:val="23"/>
                <w:rtl w:val="1"/>
                <w:szCs w:val="23"/>
              </w:rPr>
              <w:t>🎵 אחוז מתוך אחוז</w:t>
            </w:r>
          </w:p>
          <w:p>
            <w:pPr>
              <w:bidi w:val="1"/>
              <w:jc w:val="right"/>
            </w:pPr>
            <w:r>
              <w:rPr>
                <w:rFonts w:ascii="Arial" w:hAnsi="Arial" w:cs="Arial"/>
                <w:sz w:val="23"/>
                <w:rtl w:val="1"/>
                <w:szCs w:val="23"/>
              </w:rPr>
            </w:r>
          </w:p>
          <w:p>
            <w:pPr>
              <w:bidi w:val="1"/>
              <w:jc w:val="right"/>
            </w:pPr>
            <w:r>
              <w:rPr>
                <w:rFonts w:ascii="Arial" w:hAnsi="Arial" w:cs="Arial"/>
                <w:sz w:val="23"/>
                <w:rtl w:val="1"/>
                <w:szCs w:val="23"/>
              </w:rPr>
              <w:t>40% מתלמידי השכבה משתתפים בחוג ספורט. 25% ממשתתפי חוג הספורט משתתפים גם בחוג מוזיקה. איזה אחוז מכלל השכבה משתתף בשני החוגים?</w:t>
            </w:r>
          </w:p>
          <w:p>
            <w:pPr>
              <w:bidi w:val="1"/>
              <w:jc w:val="right"/>
            </w:pPr>
            <w:r>
              <w:rPr>
                <w:rFonts w:ascii="Arial" w:hAnsi="Arial" w:cs="Arial"/>
                <w:sz w:val="23"/>
                <w:rtl w:val="1"/>
                <w:szCs w:val="23"/>
              </w:rPr>
              <w:t>✂ ✅ 10%</w:t>
            </w:r>
          </w:p>
        </w:tc>
      </w:tr>
      <w:tr>
        <w:tc>
          <w:tcPr>
            <w:tcW w:type="dxa" w:w="5103"/>
          </w:tcPr>
          <w:p>
            <w:pPr>
              <w:bidi w:val="1"/>
              <w:jc w:val="right"/>
            </w:pPr>
            <w:r/>
            <w:r>
              <w:rPr>
                <w:rFonts w:ascii="Arial" w:hAnsi="Arial" w:cs="Arial"/>
                <w:sz w:val="23"/>
                <w:rtl w:val="1"/>
                <w:szCs w:val="23"/>
              </w:rPr>
              <w:t>📖 שנתיים של צמיחה</w:t>
            </w:r>
          </w:p>
          <w:p>
            <w:pPr>
              <w:bidi w:val="1"/>
              <w:jc w:val="right"/>
            </w:pPr>
            <w:r>
              <w:rPr>
                <w:rFonts w:ascii="Arial" w:hAnsi="Arial" w:cs="Arial"/>
                <w:sz w:val="23"/>
                <w:rtl w:val="1"/>
                <w:szCs w:val="23"/>
              </w:rPr>
            </w:r>
          </w:p>
          <w:p>
            <w:pPr>
              <w:bidi w:val="1"/>
              <w:jc w:val="right"/>
            </w:pPr>
            <w:r>
              <w:rPr>
                <w:rFonts w:ascii="Arial" w:hAnsi="Arial" w:cs="Arial"/>
                <w:sz w:val="23"/>
                <w:rtl w:val="1"/>
                <w:szCs w:val="23"/>
              </w:rPr>
              <w:t>מספר המבקרים בספרייה העירונית גדל ב-10% בשנה הראשונה, ושוב ב-10% בשנה השנייה. בכמה אחוזים גדל בסך הכול לעומת ההתחלה?</w:t>
            </w:r>
          </w:p>
          <w:p>
            <w:pPr>
              <w:bidi w:val="1"/>
              <w:jc w:val="right"/>
            </w:pPr>
            <w:r>
              <w:rPr>
                <w:rFonts w:ascii="Arial" w:hAnsi="Arial" w:cs="Arial"/>
                <w:sz w:val="23"/>
                <w:rtl w:val="1"/>
                <w:szCs w:val="23"/>
              </w:rPr>
              <w:t>✂ ✅ 21%</w:t>
            </w:r>
          </w:p>
        </w:tc>
        <w:tc>
          <w:tcPr>
            <w:tcW w:type="dxa" w:w="5103"/>
          </w:tcPr>
          <w:p>
            <w:pPr>
              <w:bidi w:val="1"/>
              <w:jc w:val="right"/>
            </w:pPr>
            <w:r/>
            <w:r>
              <w:rPr>
                <w:rFonts w:ascii="Arial" w:hAnsi="Arial" w:cs="Arial"/>
                <w:sz w:val="23"/>
                <w:rtl w:val="1"/>
                <w:szCs w:val="23"/>
              </w:rPr>
              <w:t>📝 ממוצע משוקלל</w:t>
            </w:r>
          </w:p>
          <w:p>
            <w:pPr>
              <w:bidi w:val="1"/>
              <w:jc w:val="right"/>
            </w:pPr>
            <w:r>
              <w:rPr>
                <w:rFonts w:ascii="Arial" w:hAnsi="Arial" w:cs="Arial"/>
                <w:sz w:val="23"/>
                <w:rtl w:val="1"/>
                <w:szCs w:val="23"/>
              </w:rPr>
            </w:r>
          </w:p>
          <w:p>
            <w:pPr>
              <w:bidi w:val="1"/>
              <w:jc w:val="right"/>
            </w:pPr>
            <w:r>
              <w:rPr>
                <w:rFonts w:ascii="Arial" w:hAnsi="Arial" w:cs="Arial"/>
                <w:sz w:val="23"/>
                <w:rtl w:val="1"/>
                <w:szCs w:val="23"/>
              </w:rPr>
              <w:t>הציון הסופי בקורס מורכב מ-70% ציון מבחן ו-30% ציון עבודה. נועם קיבל/ה 80 במבחן ו-90 בעבודה. מה הציון הסופי?</w:t>
            </w:r>
          </w:p>
          <w:p>
            <w:pPr>
              <w:bidi w:val="1"/>
              <w:jc w:val="right"/>
            </w:pPr>
            <w:r>
              <w:rPr>
                <w:rFonts w:ascii="Arial" w:hAnsi="Arial" w:cs="Arial"/>
                <w:sz w:val="23"/>
                <w:rtl w:val="1"/>
                <w:szCs w:val="23"/>
              </w:rPr>
              <w:t>✂ ✅ 83</w:t>
            </w:r>
          </w:p>
        </w:tc>
      </w:tr>
      <w:tr>
        <w:tc>
          <w:tcPr>
            <w:tcW w:type="dxa" w:w="5103"/>
          </w:tcPr>
          <w:p>
            <w:pPr>
              <w:bidi w:val="1"/>
              <w:jc w:val="right"/>
            </w:pPr>
            <w:r/>
            <w:r>
              <w:rPr>
                <w:rFonts w:ascii="Arial" w:hAnsi="Arial" w:cs="Arial"/>
                <w:sz w:val="23"/>
                <w:rtl w:val="1"/>
                <w:szCs w:val="23"/>
              </w:rPr>
              <w:t>🎯 כמה צריך בבחינה השנייה?</w:t>
            </w:r>
          </w:p>
          <w:p>
            <w:pPr>
              <w:bidi w:val="1"/>
              <w:jc w:val="right"/>
            </w:pPr>
            <w:r>
              <w:rPr>
                <w:rFonts w:ascii="Arial" w:hAnsi="Arial" w:cs="Arial"/>
                <w:sz w:val="23"/>
                <w:rtl w:val="1"/>
                <w:szCs w:val="23"/>
              </w:rPr>
            </w:r>
          </w:p>
          <w:p>
            <w:pPr>
              <w:bidi w:val="1"/>
              <w:jc w:val="right"/>
            </w:pPr>
            <w:r>
              <w:rPr>
                <w:rFonts w:ascii="Arial" w:hAnsi="Arial" w:cs="Arial"/>
                <w:sz w:val="23"/>
                <w:rtl w:val="1"/>
                <w:szCs w:val="23"/>
              </w:rPr>
              <w:t>ציון סופי מחושב כך: 60% מבחינה ראשונה ו-40% מבחינה שנייה. בבחינה הראשונה קיבלה דנה 80. איזה ציון היא צריכה בבחינה השנייה כדי שהציון הסופי יהיה 85?</w:t>
            </w:r>
          </w:p>
          <w:p>
            <w:pPr>
              <w:bidi w:val="1"/>
              <w:jc w:val="right"/>
            </w:pPr>
            <w:r>
              <w:rPr>
                <w:rFonts w:ascii="Arial" w:hAnsi="Arial" w:cs="Arial"/>
                <w:sz w:val="23"/>
                <w:rtl w:val="1"/>
                <w:szCs w:val="23"/>
              </w:rPr>
              <w:t>✂ ✅ 92.5</w:t>
            </w:r>
          </w:p>
        </w:tc>
        <w:tc>
          <w:tcPr>
            <w:tcW w:type="dxa" w:w="5103"/>
          </w:tcPr>
          <w:p>
            <w:pPr>
              <w:bidi w:val="1"/>
              <w:jc w:val="right"/>
            </w:pPr>
            <w:r/>
            <w:r>
              <w:rPr>
                <w:rFonts w:ascii="Arial" w:hAnsi="Arial" w:cs="Arial"/>
                <w:sz w:val="23"/>
                <w:rtl w:val="1"/>
                <w:szCs w:val="23"/>
              </w:rPr>
              <w:t>📈 אחוזים או נקודות אחוז?</w:t>
            </w:r>
          </w:p>
          <w:p>
            <w:pPr>
              <w:bidi w:val="1"/>
              <w:jc w:val="right"/>
            </w:pPr>
            <w:r>
              <w:rPr>
                <w:rFonts w:ascii="Arial" w:hAnsi="Arial" w:cs="Arial"/>
                <w:sz w:val="23"/>
                <w:rtl w:val="1"/>
                <w:szCs w:val="23"/>
              </w:rPr>
            </w:r>
          </w:p>
          <w:p>
            <w:pPr>
              <w:bidi w:val="1"/>
              <w:jc w:val="right"/>
            </w:pPr>
            <w:r>
              <w:rPr>
                <w:rFonts w:ascii="Arial" w:hAnsi="Arial" w:cs="Arial"/>
                <w:sz w:val="23"/>
                <w:rtl w:val="1"/>
                <w:szCs w:val="23"/>
              </w:rPr>
              <w:t>שיעור ההשתתפות בבחירות למועצת התלמידים עלה משנה לשנה מ-50% ל-60%. בכמה גדל שיעור ההשתתפות – בנקודות אחוז, ובאחוזים?</w:t>
            </w:r>
          </w:p>
          <w:p>
            <w:pPr>
              <w:bidi w:val="1"/>
              <w:jc w:val="right"/>
            </w:pPr>
            <w:r>
              <w:rPr>
                <w:rFonts w:ascii="Arial" w:hAnsi="Arial" w:cs="Arial"/>
                <w:sz w:val="23"/>
                <w:rtl w:val="1"/>
                <w:szCs w:val="23"/>
              </w:rPr>
              <w:t>✂ ✅ 10 נקודות אחוז = עלייה של 20%</w:t>
            </w:r>
          </w:p>
        </w:tc>
      </w:tr>
      <w:tr>
        <w:tc>
          <w:tcPr>
            <w:tcW w:type="dxa" w:w="5103"/>
          </w:tcPr>
          <w:p>
            <w:pPr>
              <w:bidi w:val="1"/>
              <w:jc w:val="right"/>
            </w:pPr>
            <w:r/>
            <w:r>
              <w:rPr>
                <w:rFonts w:ascii="Arial" w:hAnsi="Arial" w:cs="Arial"/>
                <w:sz w:val="23"/>
                <w:rtl w:val="1"/>
                <w:szCs w:val="23"/>
              </w:rPr>
              <w:t>↩️ חזרה למחיר המקורי</w:t>
            </w:r>
          </w:p>
          <w:p>
            <w:pPr>
              <w:bidi w:val="1"/>
              <w:jc w:val="right"/>
            </w:pPr>
            <w:r>
              <w:rPr>
                <w:rFonts w:ascii="Arial" w:hAnsi="Arial" w:cs="Arial"/>
                <w:sz w:val="23"/>
                <w:rtl w:val="1"/>
                <w:szCs w:val="23"/>
              </w:rPr>
            </w:r>
          </w:p>
          <w:p>
            <w:pPr>
              <w:bidi w:val="1"/>
              <w:jc w:val="right"/>
            </w:pPr>
            <w:r>
              <w:rPr>
                <w:rFonts w:ascii="Arial" w:hAnsi="Arial" w:cs="Arial"/>
                <w:sz w:val="23"/>
                <w:rtl w:val="1"/>
                <w:szCs w:val="23"/>
              </w:rPr>
              <w:t>מחיר של מחברת ירד ב-25%. בכמה אחוזים צריך להעלות את המחיר החדש כדי לחזור בדיוק למחיר המקורי?</w:t>
            </w:r>
          </w:p>
          <w:p>
            <w:pPr>
              <w:bidi w:val="1"/>
              <w:jc w:val="right"/>
            </w:pPr>
            <w:r>
              <w:rPr>
                <w:rFonts w:ascii="Arial" w:hAnsi="Arial" w:cs="Arial"/>
                <w:sz w:val="23"/>
                <w:rtl w:val="1"/>
                <w:szCs w:val="23"/>
              </w:rPr>
              <w:t>✂ ✅ בכ-33.3% (שליש)</w:t>
            </w:r>
          </w:p>
        </w:tc>
        <w:tc>
          <w:tcPr>
            <w:tcW w:type="dxa" w:w="5103"/>
          </w:tcPr>
          <w:p/>
        </w:tc>
      </w:tr>
    </w:tbl>
    <w:p>
      <w:pPr>
        <w:pStyle w:val="Heading2"/>
        <w:bidi w:val="1"/>
        <w:jc w:val="right"/>
      </w:pPr>
      <w:bookmarkStart w:id="47152" w:name="dolim"/>
      <w:r>
        <w:rPr>
          <w:rFonts w:ascii="Arial" w:hAnsi="Arial" w:cs="Arial"/>
          <w:b/>
          <w:color w:val="7C3AED"/>
          <w:sz w:val="30"/>
          <w:rtl w:val="1"/>
          <w:bCs/>
          <w:szCs w:val="30"/>
        </w:rPr>
        <w:t>🌍 עולים</w:t>
      </w:r>
      <w:bookmarkEnd w:id="47152"/>
    </w:p>
    <w:tbl>
      <w:tblPr>
        <w:tblStyle w:val="TableGrid"/>
        <w:tblW w:type="auto" w:w="0"/>
        <w:tblLook w:firstColumn="1" w:firstRow="1" w:lastColumn="0" w:lastRow="0" w:noHBand="0" w:noVBand="1" w:val="04A0"/>
        <w:bidiVisual w:val="1"/>
      </w:tblPr>
      <w:tblGrid>
        <w:gridCol w:w="5103"/>
        <w:gridCol w:w="5103"/>
      </w:tblGrid>
      <w:tr>
        <w:tc>
          <w:tcPr>
            <w:tcW w:type="dxa" w:w="5103"/>
          </w:tcPr>
          <w:p>
            <w:pPr>
              <w:bidi w:val="1"/>
              <w:jc w:val="right"/>
            </w:pPr>
            <w:r/>
            <w:r>
              <w:rPr>
                <w:rFonts w:ascii="Arial" w:hAnsi="Arial" w:cs="Arial"/>
                <w:sz w:val="23"/>
                <w:rtl w:val="1"/>
                <w:szCs w:val="23"/>
              </w:rPr>
              <w:t>🧺 פֵּרוֹת בַּסַּל</w:t>
            </w:r>
          </w:p>
          <w:p>
            <w:pPr>
              <w:bidi w:val="1"/>
              <w:jc w:val="right"/>
            </w:pPr>
            <w:r>
              <w:rPr>
                <w:rFonts w:ascii="Arial" w:hAnsi="Arial" w:cs="Arial"/>
                <w:sz w:val="23"/>
                <w:rtl w:val="1"/>
                <w:szCs w:val="23"/>
              </w:rPr>
            </w:r>
          </w:p>
          <w:p>
            <w:pPr>
              <w:bidi w:val="1"/>
              <w:jc w:val="right"/>
            </w:pPr>
            <w:r>
              <w:rPr>
                <w:rFonts w:ascii="Arial" w:hAnsi="Arial" w:cs="Arial"/>
                <w:sz w:val="23"/>
                <w:rtl w:val="1"/>
                <w:szCs w:val="23"/>
              </w:rPr>
              <w:t>בַּסַּל יֵשׁ 3 תַּפּוּחִים וְ-4 בָּנָנוֹת. כַּמָּה פֵּרוֹת יֵשׁ בַּסַּל?</w:t>
            </w:r>
          </w:p>
          <w:p>
            <w:pPr>
              <w:bidi w:val="1"/>
              <w:jc w:val="right"/>
            </w:pPr>
            <w:r>
              <w:rPr>
                <w:rFonts w:ascii="Arial" w:hAnsi="Arial" w:cs="Arial"/>
                <w:sz w:val="23"/>
                <w:rtl w:val="1"/>
                <w:szCs w:val="23"/>
              </w:rPr>
              <w:t>✂ ✅ 7 פירות</w:t>
            </w:r>
          </w:p>
        </w:tc>
        <w:tc>
          <w:tcPr>
            <w:tcW w:type="dxa" w:w="5103"/>
          </w:tcPr>
          <w:p>
            <w:pPr>
              <w:bidi w:val="1"/>
              <w:jc w:val="right"/>
            </w:pPr>
            <w:r/>
            <w:r>
              <w:rPr>
                <w:rFonts w:ascii="Arial" w:hAnsi="Arial" w:cs="Arial"/>
                <w:sz w:val="23"/>
                <w:rtl w:val="1"/>
                <w:szCs w:val="23"/>
              </w:rPr>
              <w:t>🐱 רַגְלַיִם שֶׁל חֲתוּלִים</w:t>
            </w:r>
          </w:p>
          <w:p>
            <w:pPr>
              <w:bidi w:val="1"/>
              <w:jc w:val="right"/>
            </w:pPr>
            <w:r>
              <w:rPr>
                <w:rFonts w:ascii="Arial" w:hAnsi="Arial" w:cs="Arial"/>
                <w:sz w:val="23"/>
                <w:rtl w:val="1"/>
                <w:szCs w:val="23"/>
              </w:rPr>
            </w:r>
          </w:p>
          <w:p>
            <w:pPr>
              <w:bidi w:val="1"/>
              <w:jc w:val="right"/>
            </w:pPr>
            <w:r>
              <w:rPr>
                <w:rFonts w:ascii="Arial" w:hAnsi="Arial" w:cs="Arial"/>
                <w:sz w:val="23"/>
                <w:rtl w:val="1"/>
                <w:szCs w:val="23"/>
              </w:rPr>
              <w:t>לְחָתוּל יֵשׁ 4 רַגְלַיִם. כַּמָּה רַגְלַיִם יֵשׁ לְ-3 חֲתוּלִים?</w:t>
            </w:r>
          </w:p>
          <w:p>
            <w:pPr>
              <w:bidi w:val="1"/>
              <w:jc w:val="right"/>
            </w:pPr>
            <w:r>
              <w:rPr>
                <w:rFonts w:ascii="Arial" w:hAnsi="Arial" w:cs="Arial"/>
                <w:sz w:val="23"/>
                <w:rtl w:val="1"/>
                <w:szCs w:val="23"/>
              </w:rPr>
              <w:t>✂ ✅ 12 רגליים</w:t>
            </w:r>
          </w:p>
        </w:tc>
      </w:tr>
      <w:tr>
        <w:tc>
          <w:tcPr>
            <w:tcW w:type="dxa" w:w="5103"/>
          </w:tcPr>
          <w:p>
            <w:pPr>
              <w:bidi w:val="1"/>
              <w:jc w:val="right"/>
            </w:pPr>
            <w:r/>
            <w:r>
              <w:rPr>
                <w:rFonts w:ascii="Arial" w:hAnsi="Arial" w:cs="Arial"/>
                <w:sz w:val="23"/>
                <w:rtl w:val="1"/>
                <w:szCs w:val="23"/>
              </w:rPr>
              <w:t>📅 אֵיזֶה יוֹם מָחָר?</w:t>
            </w:r>
          </w:p>
          <w:p>
            <w:pPr>
              <w:bidi w:val="1"/>
              <w:jc w:val="right"/>
            </w:pPr>
            <w:r>
              <w:rPr>
                <w:rFonts w:ascii="Arial" w:hAnsi="Arial" w:cs="Arial"/>
                <w:sz w:val="23"/>
                <w:rtl w:val="1"/>
                <w:szCs w:val="23"/>
              </w:rPr>
            </w:r>
          </w:p>
          <w:p>
            <w:pPr>
              <w:bidi w:val="1"/>
              <w:jc w:val="right"/>
            </w:pPr>
            <w:r>
              <w:rPr>
                <w:rFonts w:ascii="Arial" w:hAnsi="Arial" w:cs="Arial"/>
                <w:sz w:val="23"/>
                <w:rtl w:val="1"/>
                <w:szCs w:val="23"/>
              </w:rPr>
              <w:t>אֶתְמוֹל הָיָה יוֹם רִאשׁוֹן. אֵיזֶה יוֹם יִהְיֶה מָחָר?</w:t>
            </w:r>
          </w:p>
          <w:p>
            <w:pPr>
              <w:bidi w:val="1"/>
              <w:jc w:val="right"/>
            </w:pPr>
            <w:r>
              <w:rPr>
                <w:rFonts w:ascii="Arial" w:hAnsi="Arial" w:cs="Arial"/>
                <w:sz w:val="23"/>
                <w:rtl w:val="1"/>
                <w:szCs w:val="23"/>
              </w:rPr>
              <w:t>✂ ✅ יום שלישי</w:t>
            </w:r>
          </w:p>
        </w:tc>
        <w:tc>
          <w:tcPr>
            <w:tcW w:type="dxa" w:w="5103"/>
          </w:tcPr>
          <w:p>
            <w:pPr>
              <w:bidi w:val="1"/>
              <w:jc w:val="right"/>
            </w:pPr>
            <w:r/>
            <w:r>
              <w:rPr>
                <w:rFonts w:ascii="Arial" w:hAnsi="Arial" w:cs="Arial"/>
                <w:sz w:val="23"/>
                <w:rtl w:val="1"/>
                <w:szCs w:val="23"/>
              </w:rPr>
              <w:t>☀️ מִי אֲנִי?</w:t>
            </w:r>
          </w:p>
          <w:p>
            <w:pPr>
              <w:bidi w:val="1"/>
              <w:jc w:val="right"/>
            </w:pPr>
            <w:r>
              <w:rPr>
                <w:rFonts w:ascii="Arial" w:hAnsi="Arial" w:cs="Arial"/>
                <w:sz w:val="23"/>
                <w:rtl w:val="1"/>
                <w:szCs w:val="23"/>
              </w:rPr>
            </w:r>
          </w:p>
          <w:p>
            <w:pPr>
              <w:bidi w:val="1"/>
              <w:jc w:val="right"/>
            </w:pPr>
            <w:r>
              <w:rPr>
                <w:rFonts w:ascii="Arial" w:hAnsi="Arial" w:cs="Arial"/>
                <w:sz w:val="23"/>
                <w:rtl w:val="1"/>
                <w:szCs w:val="23"/>
              </w:rPr>
              <w:t>אֲנִי צָהֹב וְחַם. אֲנִי בַּשָּׁמַיִם בַּיּוֹם, וּבַלַּיְלָה אֲנִי לֹא שָׁם. מִי אֲנִי?</w:t>
            </w:r>
          </w:p>
          <w:p>
            <w:pPr>
              <w:bidi w:val="1"/>
              <w:jc w:val="right"/>
            </w:pPr>
            <w:r>
              <w:rPr>
                <w:rFonts w:ascii="Arial" w:hAnsi="Arial" w:cs="Arial"/>
                <w:sz w:val="23"/>
                <w:rtl w:val="1"/>
                <w:szCs w:val="23"/>
              </w:rPr>
              <w:t>✂ ✅ שמש</w:t>
            </w:r>
          </w:p>
        </w:tc>
      </w:tr>
      <w:tr>
        <w:tc>
          <w:tcPr>
            <w:tcW w:type="dxa" w:w="5103"/>
          </w:tcPr>
          <w:p>
            <w:pPr>
              <w:bidi w:val="1"/>
              <w:jc w:val="right"/>
            </w:pPr>
            <w:r/>
            <w:r>
              <w:rPr>
                <w:rFonts w:ascii="Arial" w:hAnsi="Arial" w:cs="Arial"/>
                <w:sz w:val="23"/>
                <w:rtl w:val="1"/>
                <w:szCs w:val="23"/>
              </w:rPr>
              <w:t>⏰ מָתַי נִגְמָר הַשִּׁעוּר?</w:t>
            </w:r>
          </w:p>
          <w:p>
            <w:pPr>
              <w:bidi w:val="1"/>
              <w:jc w:val="right"/>
            </w:pPr>
            <w:r>
              <w:rPr>
                <w:rFonts w:ascii="Arial" w:hAnsi="Arial" w:cs="Arial"/>
                <w:sz w:val="23"/>
                <w:rtl w:val="1"/>
                <w:szCs w:val="23"/>
              </w:rPr>
            </w:r>
          </w:p>
          <w:p>
            <w:pPr>
              <w:bidi w:val="1"/>
              <w:jc w:val="right"/>
            </w:pPr>
            <w:r>
              <w:rPr>
                <w:rFonts w:ascii="Arial" w:hAnsi="Arial" w:cs="Arial"/>
                <w:sz w:val="23"/>
                <w:rtl w:val="1"/>
                <w:szCs w:val="23"/>
              </w:rPr>
              <w:t>הַשִּׁעוּר מַתְחִיל בְּ-8:00. הוּא נִמְשָׁךְ 45 דַּקּוֹת. מָתַי הוּא נִגְמָר?</w:t>
            </w:r>
          </w:p>
          <w:p>
            <w:pPr>
              <w:bidi w:val="1"/>
              <w:jc w:val="right"/>
            </w:pPr>
            <w:r>
              <w:rPr>
                <w:rFonts w:ascii="Arial" w:hAnsi="Arial" w:cs="Arial"/>
                <w:sz w:val="23"/>
                <w:rtl w:val="1"/>
                <w:szCs w:val="23"/>
              </w:rPr>
              <w:t>✂ ✅ 8:45</w:t>
            </w:r>
          </w:p>
        </w:tc>
        <w:tc>
          <w:tcPr>
            <w:tcW w:type="dxa" w:w="5103"/>
          </w:tcPr>
          <w:p>
            <w:pPr>
              <w:bidi w:val="1"/>
              <w:jc w:val="right"/>
            </w:pPr>
            <w:r/>
            <w:r>
              <w:rPr>
                <w:rFonts w:ascii="Arial" w:hAnsi="Arial" w:cs="Arial"/>
                <w:sz w:val="23"/>
                <w:rtl w:val="1"/>
                <w:szCs w:val="23"/>
              </w:rPr>
              <w:t>🪑 כִּסְאוֹת בַּכִּתָּה</w:t>
            </w:r>
          </w:p>
          <w:p>
            <w:pPr>
              <w:bidi w:val="1"/>
              <w:jc w:val="right"/>
            </w:pPr>
            <w:r>
              <w:rPr>
                <w:rFonts w:ascii="Arial" w:hAnsi="Arial" w:cs="Arial"/>
                <w:sz w:val="23"/>
                <w:rtl w:val="1"/>
                <w:szCs w:val="23"/>
              </w:rPr>
            </w:r>
          </w:p>
          <w:p>
            <w:pPr>
              <w:bidi w:val="1"/>
              <w:jc w:val="right"/>
            </w:pPr>
            <w:r>
              <w:rPr>
                <w:rFonts w:ascii="Arial" w:hAnsi="Arial" w:cs="Arial"/>
                <w:sz w:val="23"/>
                <w:rtl w:val="1"/>
                <w:szCs w:val="23"/>
              </w:rPr>
              <w:t>בַּכִּתָּה יֵשׁ 20 כִּסְאוֹת. חֲצִי מֵהַכִּסְאוֹת כְּחֻלִּים. כַּמָּה כִּסְאוֹת כְּחֻלִּים?</w:t>
            </w:r>
          </w:p>
          <w:p>
            <w:pPr>
              <w:bidi w:val="1"/>
              <w:jc w:val="right"/>
            </w:pPr>
            <w:r>
              <w:rPr>
                <w:rFonts w:ascii="Arial" w:hAnsi="Arial" w:cs="Arial"/>
                <w:sz w:val="23"/>
                <w:rtl w:val="1"/>
                <w:szCs w:val="23"/>
              </w:rPr>
              <w:t>✂ ✅ 10 כיסאות</w:t>
            </w:r>
          </w:p>
        </w:tc>
      </w:tr>
      <w:tr>
        <w:tc>
          <w:tcPr>
            <w:tcW w:type="dxa" w:w="5103"/>
          </w:tcPr>
          <w:p>
            <w:pPr>
              <w:bidi w:val="1"/>
              <w:jc w:val="right"/>
            </w:pPr>
            <w:r/>
            <w:r>
              <w:rPr>
                <w:rFonts w:ascii="Arial" w:hAnsi="Arial" w:cs="Arial"/>
                <w:sz w:val="23"/>
                <w:rtl w:val="1"/>
                <w:szCs w:val="23"/>
              </w:rPr>
              <w:t>👕 הֲנָחָה שֶׁל 50%</w:t>
            </w:r>
          </w:p>
          <w:p>
            <w:pPr>
              <w:bidi w:val="1"/>
              <w:jc w:val="right"/>
            </w:pPr>
            <w:r>
              <w:rPr>
                <w:rFonts w:ascii="Arial" w:hAnsi="Arial" w:cs="Arial"/>
                <w:sz w:val="23"/>
                <w:rtl w:val="1"/>
                <w:szCs w:val="23"/>
              </w:rPr>
            </w:r>
          </w:p>
          <w:p>
            <w:pPr>
              <w:bidi w:val="1"/>
              <w:jc w:val="right"/>
            </w:pPr>
            <w:r>
              <w:rPr>
                <w:rFonts w:ascii="Arial" w:hAnsi="Arial" w:cs="Arial"/>
                <w:sz w:val="23"/>
                <w:rtl w:val="1"/>
                <w:szCs w:val="23"/>
              </w:rPr>
              <w:t>חֻלְצָה עוֹלָה 30 ₪. בַּחֲנוּת יֵשׁ הֲנָחָה שֶׁל 50%. כַּמָּה מְשַׁלְּמִים?</w:t>
            </w:r>
          </w:p>
          <w:p>
            <w:pPr>
              <w:bidi w:val="1"/>
              <w:jc w:val="right"/>
            </w:pPr>
            <w:r>
              <w:rPr>
                <w:rFonts w:ascii="Arial" w:hAnsi="Arial" w:cs="Arial"/>
                <w:sz w:val="23"/>
                <w:rtl w:val="1"/>
                <w:szCs w:val="23"/>
              </w:rPr>
              <w:t>✂ ✅ 15 ₪</w:t>
            </w:r>
          </w:p>
        </w:tc>
        <w:tc>
          <w:tcPr>
            <w:tcW w:type="dxa" w:w="5103"/>
          </w:tcPr>
          <w:p>
            <w:pPr>
              <w:bidi w:val="1"/>
              <w:jc w:val="right"/>
            </w:pPr>
            <w:r/>
            <w:r>
              <w:rPr>
                <w:rFonts w:ascii="Arial" w:hAnsi="Arial" w:cs="Arial"/>
                <w:sz w:val="23"/>
                <w:rtl w:val="1"/>
                <w:szCs w:val="23"/>
              </w:rPr>
              <w:t>🍬 סֻכָּרִיּוֹת אֲדֻמּוֹת</w:t>
            </w:r>
          </w:p>
          <w:p>
            <w:pPr>
              <w:bidi w:val="1"/>
              <w:jc w:val="right"/>
            </w:pPr>
            <w:r>
              <w:rPr>
                <w:rFonts w:ascii="Arial" w:hAnsi="Arial" w:cs="Arial"/>
                <w:sz w:val="23"/>
                <w:rtl w:val="1"/>
                <w:szCs w:val="23"/>
              </w:rPr>
            </w:r>
          </w:p>
          <w:p>
            <w:pPr>
              <w:bidi w:val="1"/>
              <w:jc w:val="right"/>
            </w:pPr>
            <w:r>
              <w:rPr>
                <w:rFonts w:ascii="Arial" w:hAnsi="Arial" w:cs="Arial"/>
                <w:sz w:val="23"/>
                <w:rtl w:val="1"/>
                <w:szCs w:val="23"/>
              </w:rPr>
              <w:t>בַּשַּׂקִּית יֵשׁ 100 סֻכָּרִיּוֹת. 10% מֵהֶן אֲדֻמּוֹת. כַּמָּה סֻכָּרִיּוֹת אֲדֻמּוֹת?</w:t>
            </w:r>
          </w:p>
          <w:p>
            <w:pPr>
              <w:bidi w:val="1"/>
              <w:jc w:val="right"/>
            </w:pPr>
            <w:r>
              <w:rPr>
                <w:rFonts w:ascii="Arial" w:hAnsi="Arial" w:cs="Arial"/>
                <w:sz w:val="23"/>
                <w:rtl w:val="1"/>
                <w:szCs w:val="23"/>
              </w:rPr>
              <w:t>✂ ✅ 10 סוכריות</w:t>
            </w:r>
          </w:p>
        </w:tc>
      </w:tr>
      <w:tr>
        <w:tc>
          <w:tcPr>
            <w:tcW w:type="dxa" w:w="5103"/>
          </w:tcPr>
          <w:p>
            <w:pPr>
              <w:bidi w:val="1"/>
              <w:jc w:val="right"/>
            </w:pPr>
            <w:r/>
            <w:r>
              <w:rPr>
                <w:rFonts w:ascii="Arial" w:hAnsi="Arial" w:cs="Arial"/>
                <w:sz w:val="23"/>
                <w:rtl w:val="1"/>
                <w:szCs w:val="23"/>
              </w:rPr>
              <w:t>🍰 אֵיזֶה חֵלֶק אָכַלְתִּי?</w:t>
            </w:r>
          </w:p>
          <w:p>
            <w:pPr>
              <w:bidi w:val="1"/>
              <w:jc w:val="right"/>
            </w:pPr>
            <w:r>
              <w:rPr>
                <w:rFonts w:ascii="Arial" w:hAnsi="Arial" w:cs="Arial"/>
                <w:sz w:val="23"/>
                <w:rtl w:val="1"/>
                <w:szCs w:val="23"/>
              </w:rPr>
            </w:r>
          </w:p>
          <w:p>
            <w:pPr>
              <w:bidi w:val="1"/>
              <w:jc w:val="right"/>
            </w:pPr>
            <w:r>
              <w:rPr>
                <w:rFonts w:ascii="Arial" w:hAnsi="Arial" w:cs="Arial"/>
                <w:sz w:val="23"/>
                <w:rtl w:val="1"/>
                <w:szCs w:val="23"/>
              </w:rPr>
              <w:t>עוּגָה חֲתוּכָה לְ-4 חֲתִיכוֹת שָׁווֹת. אָכַלְתִּי חֲתִיכָה אַחַת. אֵיזֶה חֵלֶק מֵהָעוּגָה אָכַלְתִּי?</w:t>
            </w:r>
          </w:p>
          <w:p>
            <w:pPr>
              <w:bidi w:val="1"/>
              <w:jc w:val="right"/>
            </w:pPr>
            <w:r>
              <w:rPr>
                <w:rFonts w:ascii="Arial" w:hAnsi="Arial" w:cs="Arial"/>
                <w:sz w:val="23"/>
                <w:rtl w:val="1"/>
                <w:szCs w:val="23"/>
              </w:rPr>
              <w:t>✂ ✅ רבע (25%)</w:t>
            </w:r>
          </w:p>
        </w:tc>
        <w:tc>
          <w:tcPr>
            <w:tcW w:type="dxa" w:w="5103"/>
          </w:tcPr>
          <w:p/>
        </w:tc>
      </w:tr>
    </w:tbl>
    <w:p>
      <w:pPr>
        <w:pStyle w:val="Heading2"/>
        <w:bidi w:val="1"/>
        <w:jc w:val="right"/>
      </w:pPr>
      <w:bookmarkStart w:id="94073" w:name="dchanam"/>
      <w:r>
        <w:rPr>
          <w:rFonts w:ascii="Arial" w:hAnsi="Arial" w:cs="Arial"/>
          <w:b/>
          <w:color w:val="7C3AED"/>
          <w:sz w:val="30"/>
          <w:rtl w:val="1"/>
          <w:bCs/>
          <w:szCs w:val="30"/>
        </w:rPr>
        <w:t>🧩 חנ״מ</w:t>
      </w:r>
      <w:bookmarkEnd w:id="94073"/>
    </w:p>
    <w:tbl>
      <w:tblPr>
        <w:tblStyle w:val="TableGrid"/>
        <w:tblW w:type="auto" w:w="0"/>
        <w:tblLook w:firstColumn="1" w:firstRow="1" w:lastColumn="0" w:lastRow="0" w:noHBand="0" w:noVBand="1" w:val="04A0"/>
        <w:bidiVisual w:val="1"/>
      </w:tblPr>
      <w:tblGrid>
        <w:gridCol w:w="5103"/>
        <w:gridCol w:w="5103"/>
      </w:tblGrid>
      <w:tr>
        <w:tc>
          <w:tcPr>
            <w:tcW w:type="dxa" w:w="5103"/>
          </w:tcPr>
          <w:p>
            <w:pPr>
              <w:bidi w:val="1"/>
              <w:jc w:val="right"/>
            </w:pPr>
            <w:r/>
            <w:r>
              <w:rPr>
                <w:rFonts w:ascii="Arial" w:hAnsi="Arial" w:cs="Arial"/>
                <w:sz w:val="23"/>
                <w:rtl w:val="1"/>
                <w:szCs w:val="23"/>
              </w:rPr>
              <w:t>🍎 כַּמָּה תַּפּוּחִים?</w:t>
            </w:r>
          </w:p>
          <w:p>
            <w:pPr>
              <w:bidi w:val="1"/>
              <w:jc w:val="right"/>
            </w:pPr>
            <w:r>
              <w:rPr>
                <w:rFonts w:ascii="Arial" w:hAnsi="Arial" w:cs="Arial"/>
                <w:sz w:val="23"/>
                <w:rtl w:val="1"/>
                <w:szCs w:val="23"/>
              </w:rPr>
            </w:r>
          </w:p>
          <w:p>
            <w:pPr>
              <w:bidi w:val="1"/>
              <w:jc w:val="right"/>
            </w:pPr>
            <w:r>
              <w:rPr>
                <w:rFonts w:ascii="Arial" w:hAnsi="Arial" w:cs="Arial"/>
                <w:sz w:val="23"/>
                <w:rtl w:val="1"/>
                <w:szCs w:val="23"/>
              </w:rPr>
              <w:t>🍎🍎🍎 וְעוֹד 🍎🍎. כַּמָּה תַּפּוּחִים?</w:t>
            </w:r>
          </w:p>
          <w:p>
            <w:pPr>
              <w:bidi w:val="1"/>
              <w:jc w:val="right"/>
            </w:pPr>
            <w:r>
              <w:rPr>
                <w:rFonts w:ascii="Arial" w:hAnsi="Arial" w:cs="Arial"/>
                <w:sz w:val="23"/>
                <w:rtl w:val="1"/>
                <w:szCs w:val="23"/>
              </w:rPr>
              <w:t>✂ ✅ 5 תפוחים</w:t>
            </w:r>
          </w:p>
        </w:tc>
        <w:tc>
          <w:tcPr>
            <w:tcW w:type="dxa" w:w="5103"/>
          </w:tcPr>
          <w:p>
            <w:pPr>
              <w:bidi w:val="1"/>
              <w:jc w:val="right"/>
            </w:pPr>
            <w:r/>
            <w:r>
              <w:rPr>
                <w:rFonts w:ascii="Arial" w:hAnsi="Arial" w:cs="Arial"/>
                <w:sz w:val="23"/>
                <w:rtl w:val="1"/>
                <w:szCs w:val="23"/>
              </w:rPr>
              <w:t>🐶 רַגְלַיִם שֶׁל כְּלָבִים</w:t>
            </w:r>
          </w:p>
          <w:p>
            <w:pPr>
              <w:bidi w:val="1"/>
              <w:jc w:val="right"/>
            </w:pPr>
            <w:r>
              <w:rPr>
                <w:rFonts w:ascii="Arial" w:hAnsi="Arial" w:cs="Arial"/>
                <w:sz w:val="23"/>
                <w:rtl w:val="1"/>
                <w:szCs w:val="23"/>
              </w:rPr>
            </w:r>
          </w:p>
          <w:p>
            <w:pPr>
              <w:bidi w:val="1"/>
              <w:jc w:val="right"/>
            </w:pPr>
            <w:r>
              <w:rPr>
                <w:rFonts w:ascii="Arial" w:hAnsi="Arial" w:cs="Arial"/>
                <w:sz w:val="23"/>
                <w:rtl w:val="1"/>
                <w:szCs w:val="23"/>
              </w:rPr>
              <w:t>לְכֶלֶב 🐶 יֵשׁ 4 רַגְלַיִם. כַּמָּה רַגְלַיִם לִשְׁנֵי כְּלָבִים 🐶🐶?</w:t>
            </w:r>
          </w:p>
          <w:p>
            <w:pPr>
              <w:bidi w:val="1"/>
              <w:jc w:val="right"/>
            </w:pPr>
            <w:r>
              <w:rPr>
                <w:rFonts w:ascii="Arial" w:hAnsi="Arial" w:cs="Arial"/>
                <w:sz w:val="23"/>
                <w:rtl w:val="1"/>
                <w:szCs w:val="23"/>
              </w:rPr>
              <w:t>✂ ✅ 8 רגליים</w:t>
            </w:r>
          </w:p>
        </w:tc>
      </w:tr>
      <w:tr>
        <w:tc>
          <w:tcPr>
            <w:tcW w:type="dxa" w:w="5103"/>
          </w:tcPr>
          <w:p>
            <w:pPr>
              <w:bidi w:val="1"/>
              <w:jc w:val="right"/>
            </w:pPr>
            <w:r/>
            <w:r>
              <w:rPr>
                <w:rFonts w:ascii="Arial" w:hAnsi="Arial" w:cs="Arial"/>
                <w:sz w:val="23"/>
                <w:rtl w:val="1"/>
                <w:szCs w:val="23"/>
              </w:rPr>
              <w:t>⛄ מִי אֲנִי?</w:t>
            </w:r>
          </w:p>
          <w:p>
            <w:pPr>
              <w:bidi w:val="1"/>
              <w:jc w:val="right"/>
            </w:pPr>
            <w:r>
              <w:rPr>
                <w:rFonts w:ascii="Arial" w:hAnsi="Arial" w:cs="Arial"/>
                <w:sz w:val="23"/>
                <w:rtl w:val="1"/>
                <w:szCs w:val="23"/>
              </w:rPr>
            </w:r>
          </w:p>
          <w:p>
            <w:pPr>
              <w:bidi w:val="1"/>
              <w:jc w:val="right"/>
            </w:pPr>
            <w:r>
              <w:rPr>
                <w:rFonts w:ascii="Arial" w:hAnsi="Arial" w:cs="Arial"/>
                <w:sz w:val="23"/>
                <w:rtl w:val="1"/>
                <w:szCs w:val="23"/>
              </w:rPr>
              <w:t>אֲנִי לָבָן וְקַר ❄️. בַּשֶּׁמֶשׁ ☀️ אֲנִי נָמֵס. מִי אֲנִי?</w:t>
            </w:r>
          </w:p>
          <w:p>
            <w:pPr>
              <w:bidi w:val="1"/>
              <w:jc w:val="right"/>
            </w:pPr>
            <w:r>
              <w:rPr>
                <w:rFonts w:ascii="Arial" w:hAnsi="Arial" w:cs="Arial"/>
                <w:sz w:val="23"/>
                <w:rtl w:val="1"/>
                <w:szCs w:val="23"/>
              </w:rPr>
              <w:t>✂ ✅ שלג</w:t>
            </w:r>
          </w:p>
        </w:tc>
        <w:tc>
          <w:tcPr>
            <w:tcW w:type="dxa" w:w="5103"/>
          </w:tcPr>
          <w:p>
            <w:pPr>
              <w:bidi w:val="1"/>
              <w:jc w:val="right"/>
            </w:pPr>
            <w:r/>
            <w:r>
              <w:rPr>
                <w:rFonts w:ascii="Arial" w:hAnsi="Arial" w:cs="Arial"/>
                <w:sz w:val="23"/>
                <w:rtl w:val="1"/>
                <w:szCs w:val="23"/>
              </w:rPr>
              <w:t>🔴 מָה בָּא עַכְשָׁו?</w:t>
            </w:r>
          </w:p>
          <w:p>
            <w:pPr>
              <w:bidi w:val="1"/>
              <w:jc w:val="right"/>
            </w:pPr>
            <w:r>
              <w:rPr>
                <w:rFonts w:ascii="Arial" w:hAnsi="Arial" w:cs="Arial"/>
                <w:sz w:val="23"/>
                <w:rtl w:val="1"/>
                <w:szCs w:val="23"/>
              </w:rPr>
            </w:r>
          </w:p>
          <w:p>
            <w:pPr>
              <w:bidi w:val="1"/>
              <w:jc w:val="right"/>
            </w:pPr>
            <w:r>
              <w:rPr>
                <w:rFonts w:ascii="Arial" w:hAnsi="Arial" w:cs="Arial"/>
                <w:sz w:val="23"/>
                <w:rtl w:val="1"/>
                <w:szCs w:val="23"/>
              </w:rPr>
              <w:t>🔴🔵🔴🔵🔴 ... מָה בָּא עַכְשָׁו?</w:t>
            </w:r>
          </w:p>
          <w:p>
            <w:pPr>
              <w:bidi w:val="1"/>
              <w:jc w:val="right"/>
            </w:pPr>
            <w:r>
              <w:rPr>
                <w:rFonts w:ascii="Arial" w:hAnsi="Arial" w:cs="Arial"/>
                <w:sz w:val="23"/>
                <w:rtl w:val="1"/>
                <w:szCs w:val="23"/>
              </w:rPr>
              <w:t>✂ ✅ 🔵 עיגול כחול</w:t>
            </w:r>
          </w:p>
        </w:tc>
      </w:tr>
      <w:tr>
        <w:tc>
          <w:tcPr>
            <w:tcW w:type="dxa" w:w="5103"/>
          </w:tcPr>
          <w:p>
            <w:pPr>
              <w:bidi w:val="1"/>
              <w:jc w:val="right"/>
            </w:pPr>
            <w:r/>
            <w:r>
              <w:rPr>
                <w:rFonts w:ascii="Arial" w:hAnsi="Arial" w:cs="Arial"/>
                <w:sz w:val="23"/>
                <w:rtl w:val="1"/>
                <w:szCs w:val="23"/>
              </w:rPr>
              <w:t>🐦 צִפּוֹרִים עָפוֹת</w:t>
            </w:r>
          </w:p>
          <w:p>
            <w:pPr>
              <w:bidi w:val="1"/>
              <w:jc w:val="right"/>
            </w:pPr>
            <w:r>
              <w:rPr>
                <w:rFonts w:ascii="Arial" w:hAnsi="Arial" w:cs="Arial"/>
                <w:sz w:val="23"/>
                <w:rtl w:val="1"/>
                <w:szCs w:val="23"/>
              </w:rPr>
            </w:r>
          </w:p>
          <w:p>
            <w:pPr>
              <w:bidi w:val="1"/>
              <w:jc w:val="right"/>
            </w:pPr>
            <w:r>
              <w:rPr>
                <w:rFonts w:ascii="Arial" w:hAnsi="Arial" w:cs="Arial"/>
                <w:sz w:val="23"/>
                <w:rtl w:val="1"/>
                <w:szCs w:val="23"/>
              </w:rPr>
              <w:t>3 צִפּוֹרִים 🐦🐦🐦. צִפּוֹר אַחַת עָפָה. כַּמָּה נִשְׁאֲרוּ?</w:t>
            </w:r>
          </w:p>
          <w:p>
            <w:pPr>
              <w:bidi w:val="1"/>
              <w:jc w:val="right"/>
            </w:pPr>
            <w:r>
              <w:rPr>
                <w:rFonts w:ascii="Arial" w:hAnsi="Arial" w:cs="Arial"/>
                <w:sz w:val="23"/>
                <w:rtl w:val="1"/>
                <w:szCs w:val="23"/>
              </w:rPr>
              <w:t>✂ ✅ 2 ציפורים</w:t>
            </w:r>
          </w:p>
        </w:tc>
        <w:tc>
          <w:tcPr>
            <w:tcW w:type="dxa" w:w="5103"/>
          </w:tcPr>
          <w:p>
            <w:pPr>
              <w:bidi w:val="1"/>
              <w:jc w:val="right"/>
            </w:pPr>
            <w:r/>
            <w:r>
              <w:rPr>
                <w:rFonts w:ascii="Arial" w:hAnsi="Arial" w:cs="Arial"/>
                <w:sz w:val="23"/>
                <w:rtl w:val="1"/>
                <w:szCs w:val="23"/>
              </w:rPr>
              <w:t>🚗 מָה אֲנִי?</w:t>
            </w:r>
          </w:p>
          <w:p>
            <w:pPr>
              <w:bidi w:val="1"/>
              <w:jc w:val="right"/>
            </w:pPr>
            <w:r>
              <w:rPr>
                <w:rFonts w:ascii="Arial" w:hAnsi="Arial" w:cs="Arial"/>
                <w:sz w:val="23"/>
                <w:rtl w:val="1"/>
                <w:szCs w:val="23"/>
              </w:rPr>
            </w:r>
          </w:p>
          <w:p>
            <w:pPr>
              <w:bidi w:val="1"/>
              <w:jc w:val="right"/>
            </w:pPr>
            <w:r>
              <w:rPr>
                <w:rFonts w:ascii="Arial" w:hAnsi="Arial" w:cs="Arial"/>
                <w:sz w:val="23"/>
                <w:rtl w:val="1"/>
                <w:szCs w:val="23"/>
              </w:rPr>
              <w:t>יֵשׁ לִי 4 גַּלְגַּלִּים וְהֶגֶה. נוֹסְעִים בִּי בַּכְּבִישׁ. מָה אֲנִי?</w:t>
            </w:r>
          </w:p>
          <w:p>
            <w:pPr>
              <w:bidi w:val="1"/>
              <w:jc w:val="right"/>
            </w:pPr>
            <w:r>
              <w:rPr>
                <w:rFonts w:ascii="Arial" w:hAnsi="Arial" w:cs="Arial"/>
                <w:sz w:val="23"/>
                <w:rtl w:val="1"/>
                <w:szCs w:val="23"/>
              </w:rPr>
              <w:t>✂ ✅ מכונית</w:t>
            </w:r>
          </w:p>
        </w:tc>
      </w:tr>
      <w:tr>
        <w:tc>
          <w:tcPr>
            <w:tcW w:type="dxa" w:w="5103"/>
          </w:tcPr>
          <w:p>
            <w:pPr>
              <w:bidi w:val="1"/>
              <w:jc w:val="right"/>
            </w:pPr>
            <w:r/>
            <w:r>
              <w:rPr>
                <w:rFonts w:ascii="Arial" w:hAnsi="Arial" w:cs="Arial"/>
                <w:sz w:val="23"/>
                <w:rtl w:val="1"/>
                <w:szCs w:val="23"/>
              </w:rPr>
              <w:t>🍪 חֲצִי לִי, חֲצִי לָכֶם</w:t>
            </w:r>
          </w:p>
          <w:p>
            <w:pPr>
              <w:bidi w:val="1"/>
              <w:jc w:val="right"/>
            </w:pPr>
            <w:r>
              <w:rPr>
                <w:rFonts w:ascii="Arial" w:hAnsi="Arial" w:cs="Arial"/>
                <w:sz w:val="23"/>
                <w:rtl w:val="1"/>
                <w:szCs w:val="23"/>
              </w:rPr>
            </w:r>
          </w:p>
          <w:p>
            <w:pPr>
              <w:bidi w:val="1"/>
              <w:jc w:val="right"/>
            </w:pPr>
            <w:r>
              <w:rPr>
                <w:rFonts w:ascii="Arial" w:hAnsi="Arial" w:cs="Arial"/>
                <w:sz w:val="23"/>
                <w:rtl w:val="1"/>
                <w:szCs w:val="23"/>
              </w:rPr>
              <w:t>🍪🍪🍪🍪 – מְחַלְּקִים לִשְׁנַיִם, חֲצִי לְכָל אֶחָד. כַּמָּה עוּגִיּוֹת לְכָל אֶחָד?</w:t>
            </w:r>
          </w:p>
          <w:p>
            <w:pPr>
              <w:bidi w:val="1"/>
              <w:jc w:val="right"/>
            </w:pPr>
            <w:r>
              <w:rPr>
                <w:rFonts w:ascii="Arial" w:hAnsi="Arial" w:cs="Arial"/>
                <w:sz w:val="23"/>
                <w:rtl w:val="1"/>
                <w:szCs w:val="23"/>
              </w:rPr>
              <w:t>✂ ✅ 2 עוגיות</w:t>
            </w:r>
          </w:p>
        </w:tc>
        <w:tc>
          <w:tcPr>
            <w:tcW w:type="dxa" w:w="5103"/>
          </w:tcPr>
          <w:p>
            <w:pPr>
              <w:bidi w:val="1"/>
              <w:jc w:val="right"/>
            </w:pPr>
            <w:r/>
            <w:r>
              <w:rPr>
                <w:rFonts w:ascii="Arial" w:hAnsi="Arial" w:cs="Arial"/>
                <w:sz w:val="23"/>
                <w:rtl w:val="1"/>
                <w:szCs w:val="23"/>
              </w:rPr>
              <w:t>🍕 חוֹתְכִים לַחֲצִי</w:t>
            </w:r>
          </w:p>
          <w:p>
            <w:pPr>
              <w:bidi w:val="1"/>
              <w:jc w:val="right"/>
            </w:pPr>
            <w:r>
              <w:rPr>
                <w:rFonts w:ascii="Arial" w:hAnsi="Arial" w:cs="Arial"/>
                <w:sz w:val="23"/>
                <w:rtl w:val="1"/>
                <w:szCs w:val="23"/>
              </w:rPr>
            </w:r>
          </w:p>
          <w:p>
            <w:pPr>
              <w:bidi w:val="1"/>
              <w:jc w:val="right"/>
            </w:pPr>
            <w:r>
              <w:rPr>
                <w:rFonts w:ascii="Arial" w:hAnsi="Arial" w:cs="Arial"/>
                <w:sz w:val="23"/>
                <w:rtl w:val="1"/>
                <w:szCs w:val="23"/>
              </w:rPr>
              <w:t>חוֹתְכִים פִּיצָה 🍕 לַחֲצִי. כַּמָּה חֲלָקִים יֵשׁ?</w:t>
            </w:r>
          </w:p>
          <w:p>
            <w:pPr>
              <w:bidi w:val="1"/>
              <w:jc w:val="right"/>
            </w:pPr>
            <w:r>
              <w:rPr>
                <w:rFonts w:ascii="Arial" w:hAnsi="Arial" w:cs="Arial"/>
                <w:sz w:val="23"/>
                <w:rtl w:val="1"/>
                <w:szCs w:val="23"/>
              </w:rPr>
              <w:t>✂ ✅ 2 חלקים</w:t>
            </w:r>
          </w:p>
        </w:tc>
      </w:tr>
      <w:tr>
        <w:tc>
          <w:tcPr>
            <w:tcW w:type="dxa" w:w="5103"/>
          </w:tcPr>
          <w:p>
            <w:pPr>
              <w:bidi w:val="1"/>
              <w:jc w:val="right"/>
            </w:pPr>
            <w:r/>
            <w:r>
              <w:rPr>
                <w:rFonts w:ascii="Arial" w:hAnsi="Arial" w:cs="Arial"/>
                <w:sz w:val="23"/>
                <w:rtl w:val="1"/>
                <w:szCs w:val="23"/>
              </w:rPr>
              <w:t>🎈 בָּלוֹנִים עָפִים</w:t>
            </w:r>
          </w:p>
          <w:p>
            <w:pPr>
              <w:bidi w:val="1"/>
              <w:jc w:val="right"/>
            </w:pPr>
            <w:r>
              <w:rPr>
                <w:rFonts w:ascii="Arial" w:hAnsi="Arial" w:cs="Arial"/>
                <w:sz w:val="23"/>
                <w:rtl w:val="1"/>
                <w:szCs w:val="23"/>
              </w:rPr>
            </w:r>
          </w:p>
          <w:p>
            <w:pPr>
              <w:bidi w:val="1"/>
              <w:jc w:val="right"/>
            </w:pPr>
            <w:r>
              <w:rPr>
                <w:rFonts w:ascii="Arial" w:hAnsi="Arial" w:cs="Arial"/>
                <w:sz w:val="23"/>
                <w:rtl w:val="1"/>
                <w:szCs w:val="23"/>
              </w:rPr>
              <w:t>🎈🎈🎈🎈🎈🎈 – חֲצִי מֵהַבָּלוֹנִים עָפוּ. כַּמָּה נִשְׁאֲרוּ?</w:t>
            </w:r>
          </w:p>
          <w:p>
            <w:pPr>
              <w:bidi w:val="1"/>
              <w:jc w:val="right"/>
            </w:pPr>
            <w:r>
              <w:rPr>
                <w:rFonts w:ascii="Arial" w:hAnsi="Arial" w:cs="Arial"/>
                <w:sz w:val="23"/>
                <w:rtl w:val="1"/>
                <w:szCs w:val="23"/>
              </w:rPr>
              <w:t>✂ ✅ 3 בלונים</w:t>
            </w:r>
          </w:p>
        </w:tc>
        <w:tc>
          <w:tcPr>
            <w:tcW w:type="dxa" w:w="5103"/>
          </w:tcPr>
          <w:p>
            <w:pPr>
              <w:bidi w:val="1"/>
              <w:jc w:val="right"/>
            </w:pPr>
            <w:r/>
            <w:r>
              <w:rPr>
                <w:rFonts w:ascii="Arial" w:hAnsi="Arial" w:cs="Arial"/>
                <w:sz w:val="23"/>
                <w:rtl w:val="1"/>
                <w:szCs w:val="23"/>
              </w:rPr>
              <w:t>🍎 חֲצִי תַּפּוּחַ</w:t>
            </w:r>
          </w:p>
          <w:p>
            <w:pPr>
              <w:bidi w:val="1"/>
              <w:jc w:val="right"/>
            </w:pPr>
            <w:r>
              <w:rPr>
                <w:rFonts w:ascii="Arial" w:hAnsi="Arial" w:cs="Arial"/>
                <w:sz w:val="23"/>
                <w:rtl w:val="1"/>
                <w:szCs w:val="23"/>
              </w:rPr>
            </w:r>
          </w:p>
          <w:p>
            <w:pPr>
              <w:bidi w:val="1"/>
              <w:jc w:val="right"/>
            </w:pPr>
            <w:r>
              <w:rPr>
                <w:rFonts w:ascii="Arial" w:hAnsi="Arial" w:cs="Arial"/>
                <w:sz w:val="23"/>
                <w:rtl w:val="1"/>
                <w:szCs w:val="23"/>
              </w:rPr>
              <w:t>חוֹתְכִים תַּפּוּחַ 🍎 לִשְׁנֵי חֲלָקִים שָׁוִים. אֵיךְ קוֹרְאִים לְכָל חֵלֶק?</w:t>
            </w:r>
          </w:p>
          <w:p>
            <w:pPr>
              <w:bidi w:val="1"/>
              <w:jc w:val="right"/>
            </w:pPr>
            <w:r>
              <w:rPr>
                <w:rFonts w:ascii="Arial" w:hAnsi="Arial" w:cs="Arial"/>
                <w:sz w:val="23"/>
                <w:rtl w:val="1"/>
                <w:szCs w:val="23"/>
              </w:rPr>
              <w:t>✂ ✅ חצי</w:t>
            </w:r>
          </w:p>
        </w:tc>
      </w:tr>
    </w:tbl>
    <w:sectPr w:rsidR="00FC693F" w:rsidRPr="0006063C" w:rsidSect="00034616">
      <w:footerReference w:type="default" r:id="rId9"/>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rFonts w:ascii="Arial" w:hAnsi="Arial" w:cs="Arial"/>
        <w:color w:val="888888"/>
        <w:sz w:val="16"/>
        <w:rtl w:val="1"/>
        <w:szCs w:val="16"/>
      </w:rPr>
      <w:t>קלפי חידה בקטנה ואחוזים – ז׳–י״ב, עולים וחנ״מ ·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קלפי חידה בקטנה ואחוזים – ז׳–י״ב, עולים וחנ״מ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